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73"/>
        <w:gridCol w:w="4873"/>
      </w:tblGrid>
      <w:tr w:rsidR="007D4FC0" w:rsidRPr="00920BCF" w14:paraId="73DDFFED" w14:textId="77777777"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</w:tcPr>
          <w:p w14:paraId="02BCAD05" w14:textId="77777777" w:rsidR="007D4FC0" w:rsidRPr="00920BCF" w:rsidRDefault="00000000">
            <w:pPr>
              <w:rPr>
                <w:sz w:val="24"/>
                <w:szCs w:val="24"/>
              </w:rPr>
            </w:pPr>
            <w:r w:rsidRPr="00920BCF">
              <w:rPr>
                <w:noProof/>
                <w:sz w:val="24"/>
                <w:szCs w:val="24"/>
              </w:rPr>
              <w:drawing>
                <wp:inline distT="0" distB="0" distL="0" distR="0" wp14:anchorId="4245D5EB" wp14:editId="0C2C5F08">
                  <wp:extent cx="1440000" cy="408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4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73" w:type="dxa"/>
            <w:tcBorders>
              <w:top w:val="nil"/>
              <w:left w:val="nil"/>
              <w:bottom w:val="nil"/>
              <w:right w:val="nil"/>
            </w:tcBorders>
          </w:tcPr>
          <w:p w14:paraId="1B4652AA" w14:textId="77777777" w:rsidR="007D4FC0" w:rsidRPr="00920BCF" w:rsidRDefault="00000000">
            <w:pPr>
              <w:jc w:val="right"/>
              <w:rPr>
                <w:sz w:val="24"/>
                <w:szCs w:val="24"/>
              </w:rPr>
            </w:pPr>
            <w:r w:rsidRPr="00920BCF">
              <w:rPr>
                <w:noProof/>
                <w:sz w:val="24"/>
                <w:szCs w:val="24"/>
              </w:rPr>
              <w:drawing>
                <wp:inline distT="0" distB="0" distL="0" distR="0" wp14:anchorId="1D467466" wp14:editId="32EC3343">
                  <wp:extent cx="1440000" cy="561429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561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B01279" w14:textId="77777777" w:rsidR="007D4FC0" w:rsidRPr="00920BCF" w:rsidRDefault="00000000">
      <w:pPr>
        <w:jc w:val="center"/>
        <w:rPr>
          <w:sz w:val="24"/>
          <w:szCs w:val="24"/>
        </w:rPr>
      </w:pPr>
      <w:r w:rsidRPr="00920BCF">
        <w:rPr>
          <w:b/>
          <w:sz w:val="24"/>
          <w:szCs w:val="24"/>
        </w:rPr>
        <w:t>Projekt mobilnosti Srednje škole Petrinja</w:t>
      </w:r>
    </w:p>
    <w:p w14:paraId="4BC16AAC" w14:textId="77777777" w:rsidR="007D4FC0" w:rsidRPr="00920BCF" w:rsidRDefault="00000000">
      <w:pPr>
        <w:rPr>
          <w:sz w:val="24"/>
          <w:szCs w:val="24"/>
        </w:rPr>
      </w:pPr>
      <w:r w:rsidRPr="00920BCF">
        <w:rPr>
          <w:b/>
          <w:sz w:val="24"/>
          <w:szCs w:val="24"/>
        </w:rPr>
        <w:t>Broj projekta: 2025-1-HR01-KA121-SCH-000344142</w:t>
      </w:r>
    </w:p>
    <w:p w14:paraId="56262399" w14:textId="77777777" w:rsidR="007D4FC0" w:rsidRPr="00920BCF" w:rsidRDefault="00000000">
      <w:pPr>
        <w:jc w:val="center"/>
        <w:rPr>
          <w:sz w:val="24"/>
          <w:szCs w:val="24"/>
        </w:rPr>
      </w:pPr>
      <w:r w:rsidRPr="00920BCF">
        <w:rPr>
          <w:b/>
          <w:sz w:val="24"/>
          <w:szCs w:val="24"/>
        </w:rPr>
        <w:t>PRIJAVNI OBRAZAC</w:t>
      </w:r>
    </w:p>
    <w:p w14:paraId="74B88C0E" w14:textId="77777777" w:rsidR="00920BCF" w:rsidRDefault="00920BCF" w:rsidP="00920BCF">
      <w:pPr>
        <w:jc w:val="both"/>
      </w:pPr>
      <w:r w:rsidRPr="00645AF5">
        <w:t xml:space="preserve">Za </w:t>
      </w:r>
      <w:proofErr w:type="spellStart"/>
      <w:r w:rsidRPr="00645AF5">
        <w:t>prijavu</w:t>
      </w:r>
      <w:proofErr w:type="spellEnd"/>
      <w:r w:rsidRPr="00645AF5">
        <w:t xml:space="preserve"> </w:t>
      </w:r>
      <w:r>
        <w:t xml:space="preserve">za </w:t>
      </w:r>
      <w:proofErr w:type="spellStart"/>
      <w:r>
        <w:t>sudjelovanje</w:t>
      </w:r>
      <w:proofErr w:type="spellEnd"/>
      <w:r>
        <w:t xml:space="preserve"> u </w:t>
      </w:r>
      <w:proofErr w:type="spellStart"/>
      <w:r>
        <w:t>projektu</w:t>
      </w:r>
      <w:proofErr w:type="spellEnd"/>
      <w:r>
        <w:t xml:space="preserve"> </w:t>
      </w:r>
      <w:proofErr w:type="spellStart"/>
      <w:r w:rsidRPr="00645AF5">
        <w:t>mobilnost</w:t>
      </w:r>
      <w:r>
        <w:t>i</w:t>
      </w:r>
      <w:proofErr w:type="spellEnd"/>
      <w:r w:rsidRPr="00645AF5">
        <w:t xml:space="preserve"> </w:t>
      </w:r>
      <w:proofErr w:type="spellStart"/>
      <w:r w:rsidRPr="00645AF5">
        <w:t>potrebno</w:t>
      </w:r>
      <w:proofErr w:type="spellEnd"/>
      <w:r w:rsidRPr="00645AF5">
        <w:t xml:space="preserve"> je </w:t>
      </w:r>
      <w:proofErr w:type="spellStart"/>
      <w:r w:rsidRPr="00645AF5">
        <w:t>ispuniti</w:t>
      </w:r>
      <w:proofErr w:type="spellEnd"/>
      <w:r>
        <w:t xml:space="preserve"> </w:t>
      </w:r>
      <w:proofErr w:type="spellStart"/>
      <w:r>
        <w:t>tablicu</w:t>
      </w:r>
      <w:proofErr w:type="spellEnd"/>
      <w:r>
        <w:t xml:space="preserve"> u </w:t>
      </w:r>
      <w:proofErr w:type="spellStart"/>
      <w:r>
        <w:t>nastavku</w:t>
      </w:r>
      <w:proofErr w:type="spellEnd"/>
      <w:r w:rsidRPr="00645AF5">
        <w:t xml:space="preserve">, a u </w:t>
      </w:r>
      <w:proofErr w:type="spellStart"/>
      <w:r w:rsidRPr="00645AF5">
        <w:t>svrhu</w:t>
      </w:r>
      <w:proofErr w:type="spellEnd"/>
      <w:r w:rsidRPr="00645AF5">
        <w:t xml:space="preserve"> </w:t>
      </w:r>
      <w:proofErr w:type="spellStart"/>
      <w:r w:rsidRPr="00645AF5">
        <w:t>zaštite</w:t>
      </w:r>
      <w:proofErr w:type="spellEnd"/>
      <w:r w:rsidRPr="00645AF5">
        <w:t xml:space="preserve"> </w:t>
      </w:r>
      <w:proofErr w:type="spellStart"/>
      <w:r w:rsidRPr="00645AF5">
        <w:t>podataka</w:t>
      </w:r>
      <w:proofErr w:type="spellEnd"/>
      <w:r w:rsidRPr="00645AF5">
        <w:t xml:space="preserve"> </w:t>
      </w:r>
      <w:proofErr w:type="spellStart"/>
      <w:r w:rsidRPr="00645AF5">
        <w:t>prema</w:t>
      </w:r>
      <w:proofErr w:type="spellEnd"/>
      <w:r w:rsidRPr="00645AF5">
        <w:t xml:space="preserve"> </w:t>
      </w:r>
      <w:proofErr w:type="spellStart"/>
      <w:r w:rsidRPr="00645AF5">
        <w:t>Općoj</w:t>
      </w:r>
      <w:proofErr w:type="spellEnd"/>
      <w:r w:rsidRPr="00645AF5">
        <w:t xml:space="preserve"> </w:t>
      </w:r>
      <w:proofErr w:type="spellStart"/>
      <w:r w:rsidRPr="00645AF5">
        <w:t>uredbi</w:t>
      </w:r>
      <w:proofErr w:type="spellEnd"/>
      <w:r w:rsidRPr="00645AF5">
        <w:t xml:space="preserve"> o </w:t>
      </w:r>
      <w:proofErr w:type="spellStart"/>
      <w:r w:rsidRPr="00645AF5">
        <w:t>zaštiti</w:t>
      </w:r>
      <w:proofErr w:type="spellEnd"/>
      <w:r w:rsidRPr="00645AF5">
        <w:t xml:space="preserve"> </w:t>
      </w:r>
      <w:proofErr w:type="spellStart"/>
      <w:r w:rsidRPr="00645AF5">
        <w:t>podataka</w:t>
      </w:r>
      <w:proofErr w:type="spellEnd"/>
      <w:r>
        <w:t xml:space="preserve"> (GDPR)</w:t>
      </w:r>
      <w:r w:rsidRPr="00645AF5">
        <w:t xml:space="preserve">, </w:t>
      </w:r>
      <w:proofErr w:type="spellStart"/>
      <w:r w:rsidRPr="00645AF5">
        <w:t>dužni</w:t>
      </w:r>
      <w:proofErr w:type="spellEnd"/>
      <w:r w:rsidRPr="00645AF5">
        <w:t xml:space="preserve"> </w:t>
      </w:r>
      <w:proofErr w:type="spellStart"/>
      <w:r w:rsidRPr="00645AF5">
        <w:t>ste</w:t>
      </w:r>
      <w:proofErr w:type="spellEnd"/>
      <w:r w:rsidRPr="00645AF5">
        <w:t xml:space="preserve"> </w:t>
      </w:r>
      <w:proofErr w:type="spellStart"/>
      <w:r w:rsidRPr="00645AF5">
        <w:t>napisati</w:t>
      </w:r>
      <w:proofErr w:type="spellEnd"/>
      <w:r w:rsidRPr="00645AF5">
        <w:t xml:space="preserve"> </w:t>
      </w:r>
      <w:proofErr w:type="spellStart"/>
      <w:r w:rsidRPr="00645AF5">
        <w:t>svoj</w:t>
      </w:r>
      <w:r>
        <w:t>u</w:t>
      </w:r>
      <w:proofErr w:type="spellEnd"/>
      <w:r>
        <w:t xml:space="preserve"> </w:t>
      </w:r>
      <w:proofErr w:type="spellStart"/>
      <w:r>
        <w:t>šifru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</w:t>
      </w:r>
      <w:proofErr w:type="spellStart"/>
      <w:r>
        <w:t>bismo</w:t>
      </w:r>
      <w:proofErr w:type="spellEnd"/>
      <w:r>
        <w:t xml:space="preserve"> </w:t>
      </w:r>
      <w:proofErr w:type="spellStart"/>
      <w:r>
        <w:t>mogli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 w:rsidRPr="00645AF5">
        <w:t>objaviti</w:t>
      </w:r>
      <w:proofErr w:type="spellEnd"/>
      <w:r w:rsidRPr="00645AF5">
        <w:t xml:space="preserve"> </w:t>
      </w:r>
      <w:proofErr w:type="spellStart"/>
      <w:r w:rsidRPr="00645AF5">
        <w:t>rezultate</w:t>
      </w:r>
      <w:proofErr w:type="spellEnd"/>
      <w:r w:rsidRPr="00645AF5">
        <w:t xml:space="preserve"> </w:t>
      </w:r>
      <w:proofErr w:type="spellStart"/>
      <w:r w:rsidRPr="00645AF5">
        <w:t>odabira</w:t>
      </w:r>
      <w:proofErr w:type="spellEnd"/>
      <w:r>
        <w:t>.</w:t>
      </w:r>
    </w:p>
    <w:p w14:paraId="2EB6CF2F" w14:textId="038BC29F" w:rsidR="007D4FC0" w:rsidRPr="00920BCF" w:rsidRDefault="00920BCF" w:rsidP="00920BCF">
      <w:pPr>
        <w:jc w:val="both"/>
      </w:pPr>
      <w:r>
        <w:t xml:space="preserve">* </w:t>
      </w:r>
      <w:proofErr w:type="spellStart"/>
      <w:r w:rsidRPr="00645AF5">
        <w:t>šifra</w:t>
      </w:r>
      <w:proofErr w:type="spellEnd"/>
      <w:r w:rsidRPr="00645AF5">
        <w:t xml:space="preserve"> bi se </w:t>
      </w:r>
      <w:proofErr w:type="spellStart"/>
      <w:r w:rsidRPr="00645AF5">
        <w:t>trebala</w:t>
      </w:r>
      <w:proofErr w:type="spellEnd"/>
      <w:r w:rsidRPr="00645AF5">
        <w:t xml:space="preserve"> </w:t>
      </w:r>
      <w:proofErr w:type="spellStart"/>
      <w:r w:rsidRPr="00645AF5">
        <w:t>sastojati</w:t>
      </w:r>
      <w:proofErr w:type="spellEnd"/>
      <w:r w:rsidRPr="00645AF5">
        <w:t xml:space="preserve"> </w:t>
      </w:r>
      <w:proofErr w:type="spellStart"/>
      <w:r w:rsidRPr="00645AF5">
        <w:t>od</w:t>
      </w:r>
      <w:proofErr w:type="spellEnd"/>
      <w:r w:rsidRPr="00645AF5">
        <w:t xml:space="preserve"> </w:t>
      </w:r>
      <w:proofErr w:type="spellStart"/>
      <w:r>
        <w:t>minimalno</w:t>
      </w:r>
      <w:proofErr w:type="spellEnd"/>
      <w:r>
        <w:t xml:space="preserve"> </w:t>
      </w:r>
      <w:r w:rsidRPr="00645AF5">
        <w:t xml:space="preserve">4 </w:t>
      </w:r>
      <w:proofErr w:type="spellStart"/>
      <w:r w:rsidRPr="00645AF5">
        <w:t>slova</w:t>
      </w:r>
      <w:proofErr w:type="spellEnd"/>
      <w:r>
        <w:t xml:space="preserve">, a </w:t>
      </w:r>
      <w:proofErr w:type="spellStart"/>
      <w:r>
        <w:t>maksimalno</w:t>
      </w:r>
      <w:proofErr w:type="spellEnd"/>
      <w:r>
        <w:t xml:space="preserve"> 6 </w:t>
      </w:r>
      <w:proofErr w:type="spellStart"/>
      <w:r>
        <w:t>slova</w:t>
      </w:r>
      <w:proofErr w:type="spellEnd"/>
      <w:r>
        <w:t>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873"/>
        <w:gridCol w:w="4873"/>
      </w:tblGrid>
      <w:tr w:rsidR="007D4FC0" w:rsidRPr="00920BCF" w14:paraId="56132141" w14:textId="77777777">
        <w:tc>
          <w:tcPr>
            <w:tcW w:w="4873" w:type="dxa"/>
            <w:shd w:val="clear" w:color="auto" w:fill="8EAADB"/>
            <w:vAlign w:val="center"/>
          </w:tcPr>
          <w:p w14:paraId="363712AB" w14:textId="77777777" w:rsidR="007D4FC0" w:rsidRPr="00920BCF" w:rsidRDefault="00000000">
            <w:pPr>
              <w:rPr>
                <w:sz w:val="24"/>
                <w:szCs w:val="24"/>
              </w:rPr>
            </w:pPr>
            <w:r w:rsidRPr="00920BCF">
              <w:rPr>
                <w:b/>
                <w:sz w:val="24"/>
                <w:szCs w:val="24"/>
              </w:rPr>
              <w:t>Ime i prezime:</w:t>
            </w:r>
          </w:p>
        </w:tc>
        <w:tc>
          <w:tcPr>
            <w:tcW w:w="4873" w:type="dxa"/>
            <w:vAlign w:val="center"/>
          </w:tcPr>
          <w:p w14:paraId="79D406BB" w14:textId="77777777" w:rsidR="007D4FC0" w:rsidRPr="00920BCF" w:rsidRDefault="007D4FC0">
            <w:pPr>
              <w:rPr>
                <w:sz w:val="24"/>
                <w:szCs w:val="24"/>
              </w:rPr>
            </w:pPr>
          </w:p>
        </w:tc>
      </w:tr>
      <w:tr w:rsidR="007D4FC0" w:rsidRPr="00920BCF" w14:paraId="51490F14" w14:textId="77777777">
        <w:tc>
          <w:tcPr>
            <w:tcW w:w="4873" w:type="dxa"/>
            <w:shd w:val="clear" w:color="auto" w:fill="8EAADB"/>
            <w:vAlign w:val="center"/>
          </w:tcPr>
          <w:p w14:paraId="36EF950D" w14:textId="77777777" w:rsidR="007D4FC0" w:rsidRPr="00920BCF" w:rsidRDefault="00000000">
            <w:pPr>
              <w:rPr>
                <w:sz w:val="24"/>
                <w:szCs w:val="24"/>
              </w:rPr>
            </w:pPr>
            <w:r w:rsidRPr="00920BCF">
              <w:rPr>
                <w:b/>
                <w:sz w:val="24"/>
                <w:szCs w:val="24"/>
              </w:rPr>
              <w:t>Šifra učenika:</w:t>
            </w:r>
          </w:p>
        </w:tc>
        <w:tc>
          <w:tcPr>
            <w:tcW w:w="4873" w:type="dxa"/>
            <w:vAlign w:val="center"/>
          </w:tcPr>
          <w:p w14:paraId="2035F6C8" w14:textId="77777777" w:rsidR="007D4FC0" w:rsidRPr="00920BCF" w:rsidRDefault="007D4FC0">
            <w:pPr>
              <w:rPr>
                <w:sz w:val="24"/>
                <w:szCs w:val="24"/>
              </w:rPr>
            </w:pPr>
          </w:p>
        </w:tc>
      </w:tr>
      <w:tr w:rsidR="007D4FC0" w:rsidRPr="00920BCF" w14:paraId="4837ABB9" w14:textId="77777777">
        <w:tc>
          <w:tcPr>
            <w:tcW w:w="4873" w:type="dxa"/>
            <w:shd w:val="clear" w:color="auto" w:fill="8EAADB"/>
            <w:vAlign w:val="center"/>
          </w:tcPr>
          <w:p w14:paraId="7AD4437C" w14:textId="77777777" w:rsidR="007D4FC0" w:rsidRPr="00920BCF" w:rsidRDefault="00000000">
            <w:pPr>
              <w:rPr>
                <w:sz w:val="24"/>
                <w:szCs w:val="24"/>
              </w:rPr>
            </w:pPr>
            <w:r w:rsidRPr="00920BCF">
              <w:rPr>
                <w:b/>
                <w:sz w:val="24"/>
                <w:szCs w:val="24"/>
              </w:rPr>
              <w:t>Datum i godina rođenja:</w:t>
            </w:r>
          </w:p>
        </w:tc>
        <w:tc>
          <w:tcPr>
            <w:tcW w:w="4873" w:type="dxa"/>
            <w:vAlign w:val="center"/>
          </w:tcPr>
          <w:p w14:paraId="3C2DE85A" w14:textId="77777777" w:rsidR="007D4FC0" w:rsidRPr="00920BCF" w:rsidRDefault="007D4FC0">
            <w:pPr>
              <w:rPr>
                <w:sz w:val="24"/>
                <w:szCs w:val="24"/>
              </w:rPr>
            </w:pPr>
          </w:p>
        </w:tc>
      </w:tr>
      <w:tr w:rsidR="007D4FC0" w:rsidRPr="00920BCF" w14:paraId="0E807FF7" w14:textId="77777777">
        <w:tc>
          <w:tcPr>
            <w:tcW w:w="4873" w:type="dxa"/>
            <w:shd w:val="clear" w:color="auto" w:fill="8EAADB"/>
            <w:vAlign w:val="center"/>
          </w:tcPr>
          <w:p w14:paraId="1AC3A8AF" w14:textId="77777777" w:rsidR="007D4FC0" w:rsidRPr="00920BCF" w:rsidRDefault="00000000">
            <w:pPr>
              <w:rPr>
                <w:sz w:val="24"/>
                <w:szCs w:val="24"/>
              </w:rPr>
            </w:pPr>
            <w:r w:rsidRPr="00920BCF">
              <w:rPr>
                <w:b/>
                <w:sz w:val="24"/>
                <w:szCs w:val="24"/>
              </w:rPr>
              <w:t>OIB:</w:t>
            </w:r>
          </w:p>
        </w:tc>
        <w:tc>
          <w:tcPr>
            <w:tcW w:w="4873" w:type="dxa"/>
            <w:vAlign w:val="center"/>
          </w:tcPr>
          <w:p w14:paraId="5F2AF832" w14:textId="77777777" w:rsidR="007D4FC0" w:rsidRPr="00920BCF" w:rsidRDefault="007D4FC0">
            <w:pPr>
              <w:rPr>
                <w:sz w:val="24"/>
                <w:szCs w:val="24"/>
              </w:rPr>
            </w:pPr>
          </w:p>
        </w:tc>
      </w:tr>
      <w:tr w:rsidR="007D4FC0" w:rsidRPr="00920BCF" w14:paraId="1181EEF6" w14:textId="77777777">
        <w:tc>
          <w:tcPr>
            <w:tcW w:w="4873" w:type="dxa"/>
            <w:shd w:val="clear" w:color="auto" w:fill="8EAADB"/>
            <w:vAlign w:val="center"/>
          </w:tcPr>
          <w:p w14:paraId="72B9EC7C" w14:textId="77777777" w:rsidR="007D4FC0" w:rsidRPr="00920BCF" w:rsidRDefault="00000000">
            <w:pPr>
              <w:rPr>
                <w:sz w:val="24"/>
                <w:szCs w:val="24"/>
              </w:rPr>
            </w:pPr>
            <w:r w:rsidRPr="00920BCF">
              <w:rPr>
                <w:b/>
                <w:sz w:val="24"/>
                <w:szCs w:val="24"/>
              </w:rPr>
              <w:t>Adresa:</w:t>
            </w:r>
          </w:p>
        </w:tc>
        <w:tc>
          <w:tcPr>
            <w:tcW w:w="4873" w:type="dxa"/>
            <w:vAlign w:val="center"/>
          </w:tcPr>
          <w:p w14:paraId="61B2555E" w14:textId="77777777" w:rsidR="007D4FC0" w:rsidRPr="00920BCF" w:rsidRDefault="007D4FC0">
            <w:pPr>
              <w:rPr>
                <w:sz w:val="24"/>
                <w:szCs w:val="24"/>
              </w:rPr>
            </w:pPr>
          </w:p>
        </w:tc>
      </w:tr>
      <w:tr w:rsidR="007D4FC0" w:rsidRPr="00920BCF" w14:paraId="5CC049A6" w14:textId="77777777">
        <w:tc>
          <w:tcPr>
            <w:tcW w:w="4873" w:type="dxa"/>
            <w:shd w:val="clear" w:color="auto" w:fill="8EAADB"/>
            <w:vAlign w:val="center"/>
          </w:tcPr>
          <w:p w14:paraId="40B917DA" w14:textId="77777777" w:rsidR="007D4FC0" w:rsidRPr="00920BCF" w:rsidRDefault="00000000">
            <w:pPr>
              <w:rPr>
                <w:sz w:val="24"/>
                <w:szCs w:val="24"/>
              </w:rPr>
            </w:pPr>
            <w:r w:rsidRPr="00920BCF">
              <w:rPr>
                <w:b/>
                <w:sz w:val="24"/>
                <w:szCs w:val="24"/>
              </w:rPr>
              <w:t>Kontakt broj/mobitel:</w:t>
            </w:r>
          </w:p>
        </w:tc>
        <w:tc>
          <w:tcPr>
            <w:tcW w:w="4873" w:type="dxa"/>
            <w:vAlign w:val="center"/>
          </w:tcPr>
          <w:p w14:paraId="17D4E0C9" w14:textId="77777777" w:rsidR="007D4FC0" w:rsidRPr="00920BCF" w:rsidRDefault="007D4FC0">
            <w:pPr>
              <w:rPr>
                <w:sz w:val="24"/>
                <w:szCs w:val="24"/>
              </w:rPr>
            </w:pPr>
          </w:p>
        </w:tc>
      </w:tr>
      <w:tr w:rsidR="007D4FC0" w:rsidRPr="00920BCF" w14:paraId="5B2B3EBC" w14:textId="77777777">
        <w:tc>
          <w:tcPr>
            <w:tcW w:w="4873" w:type="dxa"/>
            <w:shd w:val="clear" w:color="auto" w:fill="8EAADB"/>
            <w:vAlign w:val="center"/>
          </w:tcPr>
          <w:p w14:paraId="57D63BD9" w14:textId="77777777" w:rsidR="007D4FC0" w:rsidRPr="00920BCF" w:rsidRDefault="00000000">
            <w:pPr>
              <w:rPr>
                <w:sz w:val="24"/>
                <w:szCs w:val="24"/>
              </w:rPr>
            </w:pPr>
            <w:r w:rsidRPr="00920BCF">
              <w:rPr>
                <w:b/>
                <w:sz w:val="24"/>
                <w:szCs w:val="24"/>
              </w:rPr>
              <w:t>E-mail adresa:</w:t>
            </w:r>
          </w:p>
        </w:tc>
        <w:tc>
          <w:tcPr>
            <w:tcW w:w="4873" w:type="dxa"/>
            <w:vAlign w:val="center"/>
          </w:tcPr>
          <w:p w14:paraId="50C2C5CE" w14:textId="77777777" w:rsidR="007D4FC0" w:rsidRPr="00920BCF" w:rsidRDefault="007D4FC0">
            <w:pPr>
              <w:rPr>
                <w:sz w:val="24"/>
                <w:szCs w:val="24"/>
              </w:rPr>
            </w:pPr>
          </w:p>
        </w:tc>
      </w:tr>
      <w:tr w:rsidR="007D4FC0" w:rsidRPr="00920BCF" w14:paraId="63A61660" w14:textId="77777777">
        <w:tc>
          <w:tcPr>
            <w:tcW w:w="4873" w:type="dxa"/>
            <w:shd w:val="clear" w:color="auto" w:fill="8EAADB"/>
            <w:vAlign w:val="center"/>
          </w:tcPr>
          <w:p w14:paraId="25129667" w14:textId="77777777" w:rsidR="007D4FC0" w:rsidRPr="00920BCF" w:rsidRDefault="00000000">
            <w:pPr>
              <w:rPr>
                <w:sz w:val="24"/>
                <w:szCs w:val="24"/>
              </w:rPr>
            </w:pPr>
            <w:r w:rsidRPr="00920BCF">
              <w:rPr>
                <w:b/>
                <w:sz w:val="24"/>
                <w:szCs w:val="24"/>
              </w:rPr>
              <w:t>Razred:</w:t>
            </w:r>
          </w:p>
        </w:tc>
        <w:tc>
          <w:tcPr>
            <w:tcW w:w="4873" w:type="dxa"/>
            <w:vAlign w:val="center"/>
          </w:tcPr>
          <w:p w14:paraId="5520BAAB" w14:textId="77777777" w:rsidR="007D4FC0" w:rsidRPr="00920BCF" w:rsidRDefault="007D4FC0">
            <w:pPr>
              <w:rPr>
                <w:sz w:val="24"/>
                <w:szCs w:val="24"/>
              </w:rPr>
            </w:pPr>
          </w:p>
        </w:tc>
      </w:tr>
      <w:tr w:rsidR="007D4FC0" w:rsidRPr="00920BCF" w14:paraId="2FF53397" w14:textId="77777777">
        <w:tc>
          <w:tcPr>
            <w:tcW w:w="4873" w:type="dxa"/>
            <w:shd w:val="clear" w:color="auto" w:fill="8EAADB"/>
            <w:vAlign w:val="center"/>
          </w:tcPr>
          <w:p w14:paraId="75B53C0F" w14:textId="77777777" w:rsidR="007D4FC0" w:rsidRPr="00920BCF" w:rsidRDefault="00000000">
            <w:pPr>
              <w:rPr>
                <w:sz w:val="24"/>
                <w:szCs w:val="24"/>
              </w:rPr>
            </w:pPr>
            <w:r w:rsidRPr="00920BCF">
              <w:rPr>
                <w:b/>
                <w:sz w:val="24"/>
                <w:szCs w:val="24"/>
              </w:rPr>
              <w:t>Razrednik/ca:</w:t>
            </w:r>
          </w:p>
        </w:tc>
        <w:tc>
          <w:tcPr>
            <w:tcW w:w="4873" w:type="dxa"/>
            <w:vAlign w:val="center"/>
          </w:tcPr>
          <w:p w14:paraId="44CE0DD3" w14:textId="77777777" w:rsidR="007D4FC0" w:rsidRPr="00920BCF" w:rsidRDefault="007D4FC0">
            <w:pPr>
              <w:rPr>
                <w:sz w:val="24"/>
                <w:szCs w:val="24"/>
              </w:rPr>
            </w:pPr>
          </w:p>
        </w:tc>
      </w:tr>
      <w:tr w:rsidR="007D4FC0" w:rsidRPr="00920BCF" w14:paraId="63D468D0" w14:textId="77777777">
        <w:tc>
          <w:tcPr>
            <w:tcW w:w="4873" w:type="dxa"/>
            <w:shd w:val="clear" w:color="auto" w:fill="8EAADB"/>
            <w:vAlign w:val="center"/>
          </w:tcPr>
          <w:p w14:paraId="6CC8FCD2" w14:textId="7A38D545" w:rsidR="007D4FC0" w:rsidRPr="00920BCF" w:rsidRDefault="00000000">
            <w:pPr>
              <w:rPr>
                <w:sz w:val="24"/>
                <w:szCs w:val="24"/>
              </w:rPr>
            </w:pPr>
            <w:proofErr w:type="spellStart"/>
            <w:r w:rsidRPr="00920BCF">
              <w:rPr>
                <w:b/>
                <w:sz w:val="24"/>
                <w:szCs w:val="24"/>
              </w:rPr>
              <w:t>Opći</w:t>
            </w:r>
            <w:proofErr w:type="spellEnd"/>
            <w:r w:rsidRPr="00920BC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20BCF">
              <w:rPr>
                <w:b/>
                <w:sz w:val="24"/>
                <w:szCs w:val="24"/>
              </w:rPr>
              <w:t>uspjeh</w:t>
            </w:r>
            <w:proofErr w:type="spellEnd"/>
            <w:r w:rsidR="00E45AF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20BCF">
              <w:rPr>
                <w:b/>
                <w:sz w:val="24"/>
                <w:szCs w:val="24"/>
              </w:rPr>
              <w:t>na</w:t>
            </w:r>
            <w:proofErr w:type="spellEnd"/>
            <w:r w:rsidRPr="00920BC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20BCF">
              <w:rPr>
                <w:b/>
                <w:sz w:val="24"/>
                <w:szCs w:val="24"/>
              </w:rPr>
              <w:t>kraju</w:t>
            </w:r>
            <w:proofErr w:type="spellEnd"/>
            <w:r w:rsidRPr="00920BC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20BCF">
              <w:rPr>
                <w:b/>
                <w:sz w:val="24"/>
                <w:szCs w:val="24"/>
              </w:rPr>
              <w:t>prethodne</w:t>
            </w:r>
            <w:proofErr w:type="spellEnd"/>
            <w:r w:rsidRPr="00920BC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20BCF">
              <w:rPr>
                <w:b/>
                <w:sz w:val="24"/>
                <w:szCs w:val="24"/>
              </w:rPr>
              <w:t>školske</w:t>
            </w:r>
            <w:proofErr w:type="spellEnd"/>
            <w:r w:rsidRPr="00920BC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20BCF">
              <w:rPr>
                <w:b/>
                <w:sz w:val="24"/>
                <w:szCs w:val="24"/>
              </w:rPr>
              <w:t>godine</w:t>
            </w:r>
            <w:proofErr w:type="spellEnd"/>
            <w:r w:rsidRPr="00920BCF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873" w:type="dxa"/>
            <w:vAlign w:val="center"/>
          </w:tcPr>
          <w:p w14:paraId="759803BD" w14:textId="77777777" w:rsidR="007D4FC0" w:rsidRPr="00920BCF" w:rsidRDefault="007D4FC0">
            <w:pPr>
              <w:rPr>
                <w:sz w:val="24"/>
                <w:szCs w:val="24"/>
              </w:rPr>
            </w:pPr>
          </w:p>
        </w:tc>
      </w:tr>
      <w:tr w:rsidR="007D4FC0" w:rsidRPr="00920BCF" w14:paraId="1948FBF9" w14:textId="77777777">
        <w:tc>
          <w:tcPr>
            <w:tcW w:w="4873" w:type="dxa"/>
            <w:shd w:val="clear" w:color="auto" w:fill="8EAADB"/>
            <w:vAlign w:val="center"/>
          </w:tcPr>
          <w:p w14:paraId="66C5D6D7" w14:textId="07C25C04" w:rsidR="007D4FC0" w:rsidRPr="00920BCF" w:rsidRDefault="00000000">
            <w:pPr>
              <w:rPr>
                <w:sz w:val="24"/>
                <w:szCs w:val="24"/>
              </w:rPr>
            </w:pPr>
            <w:proofErr w:type="spellStart"/>
            <w:r w:rsidRPr="00920BCF">
              <w:rPr>
                <w:b/>
                <w:sz w:val="24"/>
                <w:szCs w:val="24"/>
              </w:rPr>
              <w:t>Zaključna</w:t>
            </w:r>
            <w:proofErr w:type="spellEnd"/>
            <w:r w:rsidRPr="00920BC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20BCF">
              <w:rPr>
                <w:b/>
                <w:sz w:val="24"/>
                <w:szCs w:val="24"/>
              </w:rPr>
              <w:t>ocjena</w:t>
            </w:r>
            <w:proofErr w:type="spellEnd"/>
            <w:r w:rsidRPr="00920BC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20BCF">
              <w:rPr>
                <w:b/>
                <w:sz w:val="24"/>
                <w:szCs w:val="24"/>
              </w:rPr>
              <w:t>iz</w:t>
            </w:r>
            <w:proofErr w:type="spellEnd"/>
            <w:r w:rsidRPr="00920BC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20BCF">
              <w:rPr>
                <w:b/>
                <w:sz w:val="24"/>
                <w:szCs w:val="24"/>
              </w:rPr>
              <w:t>Englesk</w:t>
            </w:r>
            <w:r w:rsidR="00E45AFD">
              <w:rPr>
                <w:b/>
                <w:sz w:val="24"/>
                <w:szCs w:val="24"/>
              </w:rPr>
              <w:t>og</w:t>
            </w:r>
            <w:proofErr w:type="spellEnd"/>
            <w:r w:rsidRPr="00920BC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20BCF">
              <w:rPr>
                <w:b/>
                <w:sz w:val="24"/>
                <w:szCs w:val="24"/>
              </w:rPr>
              <w:t>jezika</w:t>
            </w:r>
            <w:proofErr w:type="spellEnd"/>
            <w:r w:rsidR="00E45AF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E45AFD" w:rsidRPr="00920BCF">
              <w:rPr>
                <w:b/>
                <w:sz w:val="24"/>
                <w:szCs w:val="24"/>
              </w:rPr>
              <w:t>na</w:t>
            </w:r>
            <w:proofErr w:type="spellEnd"/>
            <w:r w:rsidR="00E45AFD" w:rsidRPr="00920BC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E45AFD" w:rsidRPr="00920BCF">
              <w:rPr>
                <w:b/>
                <w:sz w:val="24"/>
                <w:szCs w:val="24"/>
              </w:rPr>
              <w:t>kraju</w:t>
            </w:r>
            <w:proofErr w:type="spellEnd"/>
            <w:r w:rsidR="00E45AFD" w:rsidRPr="00920BC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E45AFD" w:rsidRPr="00920BCF">
              <w:rPr>
                <w:b/>
                <w:sz w:val="24"/>
                <w:szCs w:val="24"/>
              </w:rPr>
              <w:t>prethodne</w:t>
            </w:r>
            <w:proofErr w:type="spellEnd"/>
            <w:r w:rsidR="00E45AFD" w:rsidRPr="00920BC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E45AFD" w:rsidRPr="00920BCF">
              <w:rPr>
                <w:b/>
                <w:sz w:val="24"/>
                <w:szCs w:val="24"/>
              </w:rPr>
              <w:t>školske</w:t>
            </w:r>
            <w:proofErr w:type="spellEnd"/>
            <w:r w:rsidR="00E45AFD" w:rsidRPr="00920BC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E45AFD" w:rsidRPr="00920BCF">
              <w:rPr>
                <w:b/>
                <w:sz w:val="24"/>
                <w:szCs w:val="24"/>
              </w:rPr>
              <w:t>godine</w:t>
            </w:r>
            <w:proofErr w:type="spellEnd"/>
            <w:r w:rsidR="00E45AFD" w:rsidRPr="00920BCF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873" w:type="dxa"/>
            <w:vAlign w:val="center"/>
          </w:tcPr>
          <w:p w14:paraId="4ECFE9CB" w14:textId="77777777" w:rsidR="007D4FC0" w:rsidRPr="00920BCF" w:rsidRDefault="007D4FC0">
            <w:pPr>
              <w:rPr>
                <w:sz w:val="24"/>
                <w:szCs w:val="24"/>
              </w:rPr>
            </w:pPr>
          </w:p>
        </w:tc>
      </w:tr>
      <w:tr w:rsidR="007D4FC0" w:rsidRPr="00920BCF" w14:paraId="2AA9AF93" w14:textId="77777777">
        <w:tc>
          <w:tcPr>
            <w:tcW w:w="4873" w:type="dxa"/>
            <w:shd w:val="clear" w:color="auto" w:fill="8EAADB"/>
            <w:vAlign w:val="center"/>
          </w:tcPr>
          <w:p w14:paraId="1FF7302A" w14:textId="4650AFCA" w:rsidR="007D4FC0" w:rsidRPr="00920BCF" w:rsidRDefault="00000000">
            <w:pPr>
              <w:rPr>
                <w:sz w:val="24"/>
                <w:szCs w:val="24"/>
              </w:rPr>
            </w:pPr>
            <w:proofErr w:type="spellStart"/>
            <w:r w:rsidRPr="00920BCF">
              <w:rPr>
                <w:b/>
                <w:sz w:val="24"/>
                <w:szCs w:val="24"/>
              </w:rPr>
              <w:t>Vladanje</w:t>
            </w:r>
            <w:proofErr w:type="spellEnd"/>
            <w:r w:rsidR="00E45AF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E45AFD" w:rsidRPr="00920BCF">
              <w:rPr>
                <w:b/>
                <w:sz w:val="24"/>
                <w:szCs w:val="24"/>
              </w:rPr>
              <w:t>na</w:t>
            </w:r>
            <w:proofErr w:type="spellEnd"/>
            <w:r w:rsidR="00E45AFD" w:rsidRPr="00920BC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E45AFD" w:rsidRPr="00920BCF">
              <w:rPr>
                <w:b/>
                <w:sz w:val="24"/>
                <w:szCs w:val="24"/>
              </w:rPr>
              <w:t>kraju</w:t>
            </w:r>
            <w:proofErr w:type="spellEnd"/>
            <w:r w:rsidR="00E45AFD" w:rsidRPr="00920BC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E45AFD" w:rsidRPr="00920BCF">
              <w:rPr>
                <w:b/>
                <w:sz w:val="24"/>
                <w:szCs w:val="24"/>
              </w:rPr>
              <w:t>prethodne</w:t>
            </w:r>
            <w:proofErr w:type="spellEnd"/>
            <w:r w:rsidR="00E45AFD" w:rsidRPr="00920BC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E45AFD" w:rsidRPr="00920BCF">
              <w:rPr>
                <w:b/>
                <w:sz w:val="24"/>
                <w:szCs w:val="24"/>
              </w:rPr>
              <w:t>školske</w:t>
            </w:r>
            <w:proofErr w:type="spellEnd"/>
            <w:r w:rsidR="00E45AFD" w:rsidRPr="00920BC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E45AFD" w:rsidRPr="00920BCF">
              <w:rPr>
                <w:b/>
                <w:sz w:val="24"/>
                <w:szCs w:val="24"/>
              </w:rPr>
              <w:t>godine</w:t>
            </w:r>
            <w:proofErr w:type="spellEnd"/>
            <w:r w:rsidR="00E45AFD" w:rsidRPr="00920BCF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873" w:type="dxa"/>
            <w:vAlign w:val="center"/>
          </w:tcPr>
          <w:p w14:paraId="68FF7147" w14:textId="77777777" w:rsidR="007D4FC0" w:rsidRPr="00920BCF" w:rsidRDefault="007D4FC0">
            <w:pPr>
              <w:rPr>
                <w:sz w:val="24"/>
                <w:szCs w:val="24"/>
              </w:rPr>
            </w:pPr>
          </w:p>
        </w:tc>
      </w:tr>
      <w:tr w:rsidR="007D4FC0" w:rsidRPr="00920BCF" w14:paraId="5547F4BA" w14:textId="77777777">
        <w:tc>
          <w:tcPr>
            <w:tcW w:w="4873" w:type="dxa"/>
            <w:shd w:val="clear" w:color="auto" w:fill="8EAADB"/>
            <w:vAlign w:val="center"/>
          </w:tcPr>
          <w:p w14:paraId="4AC15AC4" w14:textId="2074A3EA" w:rsidR="007D4FC0" w:rsidRPr="00920BCF" w:rsidRDefault="00000000">
            <w:pPr>
              <w:rPr>
                <w:sz w:val="24"/>
                <w:szCs w:val="24"/>
              </w:rPr>
            </w:pPr>
            <w:proofErr w:type="spellStart"/>
            <w:r w:rsidRPr="00920BCF">
              <w:rPr>
                <w:b/>
                <w:sz w:val="24"/>
                <w:szCs w:val="24"/>
              </w:rPr>
              <w:t>Broj</w:t>
            </w:r>
            <w:proofErr w:type="spellEnd"/>
            <w:r w:rsidRPr="00920BC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20BCF">
              <w:rPr>
                <w:b/>
                <w:sz w:val="24"/>
                <w:szCs w:val="24"/>
              </w:rPr>
              <w:t>neopravdanih</w:t>
            </w:r>
            <w:proofErr w:type="spellEnd"/>
            <w:r w:rsidRPr="00920BC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20BCF">
              <w:rPr>
                <w:b/>
                <w:sz w:val="24"/>
                <w:szCs w:val="24"/>
              </w:rPr>
              <w:t>izostanaka</w:t>
            </w:r>
            <w:proofErr w:type="spellEnd"/>
            <w:r w:rsidR="00E45AF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E45AFD" w:rsidRPr="00920BCF">
              <w:rPr>
                <w:b/>
                <w:sz w:val="24"/>
                <w:szCs w:val="24"/>
              </w:rPr>
              <w:t>na</w:t>
            </w:r>
            <w:proofErr w:type="spellEnd"/>
            <w:r w:rsidR="00E45AFD" w:rsidRPr="00920BC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E45AFD" w:rsidRPr="00920BCF">
              <w:rPr>
                <w:b/>
                <w:sz w:val="24"/>
                <w:szCs w:val="24"/>
              </w:rPr>
              <w:t>kraju</w:t>
            </w:r>
            <w:proofErr w:type="spellEnd"/>
            <w:r w:rsidR="00E45AFD" w:rsidRPr="00920BC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E45AFD" w:rsidRPr="00920BCF">
              <w:rPr>
                <w:b/>
                <w:sz w:val="24"/>
                <w:szCs w:val="24"/>
              </w:rPr>
              <w:t>prethodne</w:t>
            </w:r>
            <w:proofErr w:type="spellEnd"/>
            <w:r w:rsidR="00E45AFD" w:rsidRPr="00920BC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E45AFD" w:rsidRPr="00920BCF">
              <w:rPr>
                <w:b/>
                <w:sz w:val="24"/>
                <w:szCs w:val="24"/>
              </w:rPr>
              <w:t>školske</w:t>
            </w:r>
            <w:proofErr w:type="spellEnd"/>
            <w:r w:rsidR="00E45AFD" w:rsidRPr="00920BC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E45AFD" w:rsidRPr="00920BCF">
              <w:rPr>
                <w:b/>
                <w:sz w:val="24"/>
                <w:szCs w:val="24"/>
              </w:rPr>
              <w:t>godine</w:t>
            </w:r>
            <w:proofErr w:type="spellEnd"/>
            <w:r w:rsidR="00E45AFD" w:rsidRPr="00920BCF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873" w:type="dxa"/>
            <w:vAlign w:val="center"/>
          </w:tcPr>
          <w:p w14:paraId="76C3EC2A" w14:textId="77777777" w:rsidR="007D4FC0" w:rsidRPr="00920BCF" w:rsidRDefault="007D4FC0">
            <w:pPr>
              <w:rPr>
                <w:sz w:val="24"/>
                <w:szCs w:val="24"/>
              </w:rPr>
            </w:pPr>
          </w:p>
        </w:tc>
      </w:tr>
      <w:tr w:rsidR="007D4FC0" w:rsidRPr="00920BCF" w14:paraId="2A6BA81B" w14:textId="77777777">
        <w:tc>
          <w:tcPr>
            <w:tcW w:w="4873" w:type="dxa"/>
            <w:shd w:val="clear" w:color="auto" w:fill="8EAADB"/>
            <w:vAlign w:val="center"/>
          </w:tcPr>
          <w:p w14:paraId="44846BF2" w14:textId="0FF65A87" w:rsidR="007D4FC0" w:rsidRPr="00920BCF" w:rsidRDefault="00000000">
            <w:pPr>
              <w:rPr>
                <w:sz w:val="24"/>
                <w:szCs w:val="24"/>
              </w:rPr>
            </w:pPr>
            <w:r w:rsidRPr="00920BCF">
              <w:rPr>
                <w:b/>
                <w:sz w:val="24"/>
                <w:szCs w:val="24"/>
              </w:rPr>
              <w:t xml:space="preserve">Natjecanja na kojima ste sudjelovali i ostvareni </w:t>
            </w:r>
            <w:proofErr w:type="spellStart"/>
            <w:r w:rsidRPr="00920BCF">
              <w:rPr>
                <w:b/>
                <w:sz w:val="24"/>
                <w:szCs w:val="24"/>
              </w:rPr>
              <w:t>rezultati</w:t>
            </w:r>
            <w:proofErr w:type="spellEnd"/>
            <w:r w:rsidRPr="00920BCF">
              <w:rPr>
                <w:b/>
                <w:sz w:val="24"/>
                <w:szCs w:val="24"/>
              </w:rPr>
              <w:t xml:space="preserve"> (</w:t>
            </w:r>
            <w:proofErr w:type="spellStart"/>
            <w:r w:rsidRPr="00920BCF">
              <w:rPr>
                <w:b/>
                <w:sz w:val="24"/>
                <w:szCs w:val="24"/>
              </w:rPr>
              <w:t>navesti</w:t>
            </w:r>
            <w:proofErr w:type="spellEnd"/>
            <w:r w:rsidRPr="00920BC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20BCF">
              <w:rPr>
                <w:b/>
                <w:sz w:val="24"/>
                <w:szCs w:val="24"/>
              </w:rPr>
              <w:t>razinu</w:t>
            </w:r>
            <w:proofErr w:type="spellEnd"/>
            <w:r w:rsidRPr="00920BCF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920BCF">
              <w:rPr>
                <w:b/>
                <w:sz w:val="24"/>
                <w:szCs w:val="24"/>
              </w:rPr>
              <w:t>natjecanje</w:t>
            </w:r>
            <w:proofErr w:type="spellEnd"/>
            <w:r w:rsidRPr="00920BC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20BCF">
              <w:rPr>
                <w:b/>
                <w:sz w:val="24"/>
                <w:szCs w:val="24"/>
              </w:rPr>
              <w:t>i</w:t>
            </w:r>
            <w:proofErr w:type="spellEnd"/>
            <w:r w:rsidRPr="00920BC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20BCF">
              <w:rPr>
                <w:b/>
                <w:sz w:val="24"/>
                <w:szCs w:val="24"/>
              </w:rPr>
              <w:t>rezultat</w:t>
            </w:r>
            <w:proofErr w:type="spellEnd"/>
            <w:r w:rsidRPr="00920BCF">
              <w:rPr>
                <w:b/>
                <w:sz w:val="24"/>
                <w:szCs w:val="24"/>
              </w:rPr>
              <w:t>)</w:t>
            </w:r>
            <w:r w:rsidR="00E45AFD">
              <w:rPr>
                <w:b/>
                <w:sz w:val="24"/>
                <w:szCs w:val="24"/>
              </w:rPr>
              <w:t xml:space="preserve"> u </w:t>
            </w:r>
            <w:proofErr w:type="spellStart"/>
            <w:r w:rsidR="00E45AFD">
              <w:rPr>
                <w:b/>
                <w:sz w:val="24"/>
                <w:szCs w:val="24"/>
              </w:rPr>
              <w:t>toku</w:t>
            </w:r>
            <w:proofErr w:type="spellEnd"/>
            <w:r w:rsidR="00E45AF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E45AFD">
              <w:rPr>
                <w:b/>
                <w:sz w:val="24"/>
                <w:szCs w:val="24"/>
              </w:rPr>
              <w:t>školske</w:t>
            </w:r>
            <w:proofErr w:type="spellEnd"/>
            <w:r w:rsidR="00E45AF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E45AFD">
              <w:rPr>
                <w:b/>
                <w:sz w:val="24"/>
                <w:szCs w:val="24"/>
              </w:rPr>
              <w:t>godine</w:t>
            </w:r>
            <w:proofErr w:type="spellEnd"/>
            <w:r w:rsidR="00E45AFD">
              <w:rPr>
                <w:b/>
                <w:sz w:val="24"/>
                <w:szCs w:val="24"/>
              </w:rPr>
              <w:t xml:space="preserve"> 2025./2026.</w:t>
            </w:r>
            <w:r w:rsidRPr="00920BCF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873" w:type="dxa"/>
            <w:vAlign w:val="center"/>
          </w:tcPr>
          <w:p w14:paraId="272DFDBB" w14:textId="77777777" w:rsidR="007D4FC0" w:rsidRPr="00920BCF" w:rsidRDefault="007D4FC0">
            <w:pPr>
              <w:rPr>
                <w:sz w:val="24"/>
                <w:szCs w:val="24"/>
              </w:rPr>
            </w:pPr>
          </w:p>
        </w:tc>
      </w:tr>
    </w:tbl>
    <w:p w14:paraId="7F1CDDFC" w14:textId="77777777" w:rsidR="007D4FC0" w:rsidRPr="00920BCF" w:rsidRDefault="007D4FC0">
      <w:pPr>
        <w:rPr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249"/>
        <w:gridCol w:w="3249"/>
        <w:gridCol w:w="3249"/>
      </w:tblGrid>
      <w:tr w:rsidR="007D4FC0" w:rsidRPr="00920BCF" w14:paraId="2746B2FE" w14:textId="77777777">
        <w:tc>
          <w:tcPr>
            <w:tcW w:w="3249" w:type="dxa"/>
            <w:shd w:val="clear" w:color="auto" w:fill="8EAADB"/>
            <w:vAlign w:val="center"/>
          </w:tcPr>
          <w:p w14:paraId="117D0602" w14:textId="77777777" w:rsidR="007D4FC0" w:rsidRPr="00920BCF" w:rsidRDefault="00000000">
            <w:pPr>
              <w:rPr>
                <w:sz w:val="24"/>
                <w:szCs w:val="24"/>
              </w:rPr>
            </w:pPr>
            <w:r w:rsidRPr="00920BCF">
              <w:rPr>
                <w:b/>
                <w:sz w:val="24"/>
                <w:szCs w:val="24"/>
              </w:rPr>
              <w:t>E-mail roditelja/skrbnika:</w:t>
            </w:r>
          </w:p>
        </w:tc>
        <w:tc>
          <w:tcPr>
            <w:tcW w:w="3249" w:type="dxa"/>
            <w:shd w:val="clear" w:color="auto" w:fill="8EAADB"/>
            <w:vAlign w:val="center"/>
          </w:tcPr>
          <w:p w14:paraId="045C3F24" w14:textId="77777777" w:rsidR="007D4FC0" w:rsidRPr="00920BCF" w:rsidRDefault="00000000">
            <w:pPr>
              <w:rPr>
                <w:sz w:val="24"/>
                <w:szCs w:val="24"/>
              </w:rPr>
            </w:pPr>
            <w:r w:rsidRPr="00920BCF">
              <w:rPr>
                <w:b/>
                <w:sz w:val="24"/>
                <w:szCs w:val="24"/>
              </w:rPr>
              <w:t>Ime i prezime roditelja/skrbnika:</w:t>
            </w:r>
          </w:p>
        </w:tc>
        <w:tc>
          <w:tcPr>
            <w:tcW w:w="3249" w:type="dxa"/>
            <w:shd w:val="clear" w:color="auto" w:fill="8EAADB"/>
            <w:vAlign w:val="center"/>
          </w:tcPr>
          <w:p w14:paraId="61EEF555" w14:textId="77777777" w:rsidR="007D4FC0" w:rsidRPr="00920BCF" w:rsidRDefault="00000000">
            <w:pPr>
              <w:rPr>
                <w:sz w:val="24"/>
                <w:szCs w:val="24"/>
              </w:rPr>
            </w:pPr>
            <w:r w:rsidRPr="00920BCF">
              <w:rPr>
                <w:b/>
                <w:sz w:val="24"/>
                <w:szCs w:val="24"/>
              </w:rPr>
              <w:t>Kontakt broj:</w:t>
            </w:r>
          </w:p>
        </w:tc>
      </w:tr>
      <w:tr w:rsidR="007D4FC0" w:rsidRPr="00920BCF" w14:paraId="17B36E3C" w14:textId="77777777">
        <w:tc>
          <w:tcPr>
            <w:tcW w:w="3249" w:type="dxa"/>
            <w:vAlign w:val="center"/>
          </w:tcPr>
          <w:p w14:paraId="5E4D9070" w14:textId="77777777" w:rsidR="007D4FC0" w:rsidRPr="00920BCF" w:rsidRDefault="007D4FC0">
            <w:pPr>
              <w:rPr>
                <w:sz w:val="24"/>
                <w:szCs w:val="24"/>
              </w:rPr>
            </w:pPr>
          </w:p>
        </w:tc>
        <w:tc>
          <w:tcPr>
            <w:tcW w:w="3249" w:type="dxa"/>
            <w:vAlign w:val="center"/>
          </w:tcPr>
          <w:p w14:paraId="60AB148B" w14:textId="77777777" w:rsidR="007D4FC0" w:rsidRPr="00920BCF" w:rsidRDefault="007D4FC0">
            <w:pPr>
              <w:rPr>
                <w:sz w:val="24"/>
                <w:szCs w:val="24"/>
              </w:rPr>
            </w:pPr>
          </w:p>
        </w:tc>
        <w:tc>
          <w:tcPr>
            <w:tcW w:w="3249" w:type="dxa"/>
            <w:vAlign w:val="center"/>
          </w:tcPr>
          <w:p w14:paraId="1E3FFC01" w14:textId="77777777" w:rsidR="007D4FC0" w:rsidRPr="00920BCF" w:rsidRDefault="007D4FC0">
            <w:pPr>
              <w:rPr>
                <w:sz w:val="24"/>
                <w:szCs w:val="24"/>
              </w:rPr>
            </w:pPr>
          </w:p>
        </w:tc>
      </w:tr>
    </w:tbl>
    <w:p w14:paraId="5998AC4B" w14:textId="77777777" w:rsidR="007D4FC0" w:rsidRPr="00920BCF" w:rsidRDefault="007D4FC0">
      <w:pPr>
        <w:rPr>
          <w:sz w:val="24"/>
          <w:szCs w:val="24"/>
        </w:rPr>
      </w:pPr>
    </w:p>
    <w:p w14:paraId="51169170" w14:textId="77777777" w:rsidR="007D4FC0" w:rsidRPr="00920BCF" w:rsidRDefault="00000000">
      <w:pPr>
        <w:spacing w:after="40"/>
        <w:rPr>
          <w:sz w:val="24"/>
          <w:szCs w:val="24"/>
        </w:rPr>
      </w:pPr>
      <w:r w:rsidRPr="00920BCF">
        <w:rPr>
          <w:b/>
          <w:sz w:val="24"/>
          <w:szCs w:val="24"/>
        </w:rPr>
        <w:t>Učenik s manje mogućnosti – tražim dodatne bodove:   ☐ DA   ☐ NE</w:t>
      </w:r>
    </w:p>
    <w:p w14:paraId="69D64782" w14:textId="77777777" w:rsidR="007D4FC0" w:rsidRPr="00920BCF" w:rsidRDefault="00000000">
      <w:pPr>
        <w:rPr>
          <w:sz w:val="24"/>
          <w:szCs w:val="24"/>
        </w:rPr>
      </w:pPr>
      <w:r w:rsidRPr="00920BCF">
        <w:rPr>
          <w:b/>
          <w:sz w:val="24"/>
          <w:szCs w:val="24"/>
        </w:rPr>
        <w:t>Ako DA, označiti jednu kategoriju:</w:t>
      </w:r>
    </w:p>
    <w:p w14:paraId="5C822D8D" w14:textId="4E403CB8" w:rsidR="007D4FC0" w:rsidRPr="00920BCF" w:rsidRDefault="00000000">
      <w:pPr>
        <w:rPr>
          <w:sz w:val="24"/>
          <w:szCs w:val="24"/>
        </w:rPr>
      </w:pPr>
      <w:r w:rsidRPr="00920BCF">
        <w:rPr>
          <w:sz w:val="24"/>
          <w:szCs w:val="24"/>
        </w:rPr>
        <w:t xml:space="preserve">☐ Društvene prepreke </w:t>
      </w:r>
    </w:p>
    <w:p w14:paraId="091A6693" w14:textId="719DCC74" w:rsidR="007D4FC0" w:rsidRPr="00920BCF" w:rsidRDefault="00000000">
      <w:pPr>
        <w:rPr>
          <w:sz w:val="24"/>
          <w:szCs w:val="24"/>
        </w:rPr>
      </w:pPr>
      <w:r w:rsidRPr="00920BCF">
        <w:rPr>
          <w:sz w:val="24"/>
          <w:szCs w:val="24"/>
        </w:rPr>
        <w:lastRenderedPageBreak/>
        <w:t xml:space="preserve">☐ Ekonomske prepreke </w:t>
      </w:r>
    </w:p>
    <w:p w14:paraId="54DDBB8A" w14:textId="109C903E" w:rsidR="007D4FC0" w:rsidRPr="00920BCF" w:rsidRDefault="00000000">
      <w:pPr>
        <w:rPr>
          <w:sz w:val="24"/>
          <w:szCs w:val="24"/>
        </w:rPr>
      </w:pPr>
      <w:r w:rsidRPr="00920BCF">
        <w:rPr>
          <w:sz w:val="24"/>
          <w:szCs w:val="24"/>
        </w:rPr>
        <w:t xml:space="preserve">☐ Invaliditet </w:t>
      </w:r>
    </w:p>
    <w:p w14:paraId="5970886E" w14:textId="055B28F5" w:rsidR="007D4FC0" w:rsidRPr="00920BCF" w:rsidRDefault="00000000">
      <w:pPr>
        <w:rPr>
          <w:sz w:val="24"/>
          <w:szCs w:val="24"/>
        </w:rPr>
      </w:pPr>
      <w:r w:rsidRPr="00920BCF">
        <w:rPr>
          <w:sz w:val="24"/>
          <w:szCs w:val="24"/>
        </w:rPr>
        <w:t xml:space="preserve">☐ </w:t>
      </w:r>
      <w:proofErr w:type="spellStart"/>
      <w:r w:rsidRPr="00920BCF">
        <w:rPr>
          <w:sz w:val="24"/>
          <w:szCs w:val="24"/>
        </w:rPr>
        <w:t>Obrazovne</w:t>
      </w:r>
      <w:proofErr w:type="spellEnd"/>
      <w:r w:rsidRPr="00920BCF">
        <w:rPr>
          <w:sz w:val="24"/>
          <w:szCs w:val="24"/>
        </w:rPr>
        <w:t xml:space="preserve"> </w:t>
      </w:r>
      <w:proofErr w:type="spellStart"/>
      <w:r w:rsidRPr="00920BCF">
        <w:rPr>
          <w:sz w:val="24"/>
          <w:szCs w:val="24"/>
        </w:rPr>
        <w:t>poteškoće</w:t>
      </w:r>
      <w:proofErr w:type="spellEnd"/>
    </w:p>
    <w:p w14:paraId="4D2EC1FF" w14:textId="70B1EB6A" w:rsidR="007D4FC0" w:rsidRPr="00920BCF" w:rsidRDefault="00000000">
      <w:pPr>
        <w:rPr>
          <w:sz w:val="24"/>
          <w:szCs w:val="24"/>
        </w:rPr>
      </w:pPr>
      <w:r w:rsidRPr="00920BCF">
        <w:rPr>
          <w:sz w:val="24"/>
          <w:szCs w:val="24"/>
        </w:rPr>
        <w:t xml:space="preserve">☐ Kulturne razlike </w:t>
      </w:r>
    </w:p>
    <w:p w14:paraId="15D52BE8" w14:textId="686B566E" w:rsidR="007D4FC0" w:rsidRPr="00920BCF" w:rsidRDefault="00000000">
      <w:pPr>
        <w:rPr>
          <w:sz w:val="24"/>
          <w:szCs w:val="24"/>
        </w:rPr>
      </w:pPr>
      <w:r w:rsidRPr="00920BCF">
        <w:rPr>
          <w:sz w:val="24"/>
          <w:szCs w:val="24"/>
        </w:rPr>
        <w:t xml:space="preserve">☐ Zdravstveni problemi </w:t>
      </w:r>
    </w:p>
    <w:p w14:paraId="2E0215B6" w14:textId="21F75D6F" w:rsidR="007D4FC0" w:rsidRPr="00920BCF" w:rsidRDefault="00000000">
      <w:pPr>
        <w:rPr>
          <w:sz w:val="24"/>
          <w:szCs w:val="24"/>
        </w:rPr>
      </w:pPr>
      <w:r w:rsidRPr="00920BCF">
        <w:rPr>
          <w:sz w:val="24"/>
          <w:szCs w:val="24"/>
        </w:rPr>
        <w:t xml:space="preserve">☐ Zemljopisne prepreke </w:t>
      </w:r>
    </w:p>
    <w:p w14:paraId="2107A3F6" w14:textId="77777777" w:rsidR="007D4FC0" w:rsidRPr="00920BCF" w:rsidRDefault="00000000">
      <w:pPr>
        <w:rPr>
          <w:sz w:val="24"/>
          <w:szCs w:val="24"/>
        </w:rPr>
      </w:pPr>
      <w:r w:rsidRPr="00920BCF">
        <w:rPr>
          <w:i/>
          <w:sz w:val="24"/>
          <w:szCs w:val="24"/>
        </w:rPr>
        <w:t>* Boduje se samo jedna kategorija uz odgovarajući dokaz.</w:t>
      </w:r>
    </w:p>
    <w:p w14:paraId="3D29DABA" w14:textId="77777777" w:rsidR="007D4FC0" w:rsidRPr="00920BCF" w:rsidRDefault="00000000">
      <w:pPr>
        <w:spacing w:after="160"/>
        <w:rPr>
          <w:sz w:val="24"/>
          <w:szCs w:val="24"/>
        </w:rPr>
      </w:pPr>
      <w:r w:rsidRPr="00920BCF">
        <w:rPr>
          <w:sz w:val="24"/>
          <w:szCs w:val="24"/>
        </w:rPr>
        <w:t>Ako DA, priložena dokazna dokumentacija: ________________________________________________</w:t>
      </w:r>
    </w:p>
    <w:p w14:paraId="5851376B" w14:textId="1BD6FD72" w:rsidR="00920BCF" w:rsidRPr="00920BCF" w:rsidRDefault="00000000" w:rsidP="00920BCF">
      <w:pPr>
        <w:jc w:val="both"/>
        <w:rPr>
          <w:rFonts w:ascii="MS Gothic" w:eastAsia="MS Gothic" w:hAnsi="MS Gothic" w:cs="MS Gothic"/>
          <w:sz w:val="24"/>
          <w:szCs w:val="24"/>
        </w:rPr>
      </w:pPr>
      <w:r w:rsidRPr="00920BCF">
        <w:rPr>
          <w:sz w:val="24"/>
          <w:szCs w:val="24"/>
        </w:rPr>
        <w:t xml:space="preserve">Potpisom potvrđujem da su podaci navedeni u prijavi točni te da sam upoznat/a s uvjetima Poziva. </w:t>
      </w:r>
      <w:proofErr w:type="spellStart"/>
      <w:r w:rsidR="00920BCF" w:rsidRPr="00920BCF">
        <w:rPr>
          <w:rFonts w:cstheme="minorHAnsi"/>
          <w:sz w:val="24"/>
          <w:szCs w:val="24"/>
        </w:rPr>
        <w:t>Učenik</w:t>
      </w:r>
      <w:proofErr w:type="spellEnd"/>
      <w:r w:rsidR="00920BCF" w:rsidRPr="00920BCF">
        <w:rPr>
          <w:rFonts w:cstheme="minorHAnsi"/>
          <w:sz w:val="24"/>
          <w:szCs w:val="24"/>
        </w:rPr>
        <w:t xml:space="preserve"> </w:t>
      </w:r>
      <w:proofErr w:type="spellStart"/>
      <w:r w:rsidR="00920BCF" w:rsidRPr="00920BCF">
        <w:rPr>
          <w:rFonts w:cstheme="minorHAnsi"/>
          <w:sz w:val="24"/>
          <w:szCs w:val="24"/>
        </w:rPr>
        <w:t>pristaje</w:t>
      </w:r>
      <w:proofErr w:type="spellEnd"/>
      <w:r w:rsidR="00920BCF" w:rsidRPr="00920BCF">
        <w:rPr>
          <w:rFonts w:cstheme="minorHAnsi"/>
          <w:sz w:val="24"/>
          <w:szCs w:val="24"/>
        </w:rPr>
        <w:t xml:space="preserve"> </w:t>
      </w:r>
      <w:proofErr w:type="spellStart"/>
      <w:r w:rsidR="00920BCF" w:rsidRPr="00920BCF">
        <w:rPr>
          <w:rFonts w:cstheme="minorHAnsi"/>
          <w:sz w:val="24"/>
          <w:szCs w:val="24"/>
        </w:rPr>
        <w:t>na</w:t>
      </w:r>
      <w:proofErr w:type="spellEnd"/>
      <w:r w:rsidR="00920BCF" w:rsidRPr="00920BCF">
        <w:rPr>
          <w:rFonts w:cstheme="minorHAnsi"/>
          <w:sz w:val="24"/>
          <w:szCs w:val="24"/>
        </w:rPr>
        <w:t xml:space="preserve"> </w:t>
      </w:r>
      <w:proofErr w:type="spellStart"/>
      <w:r w:rsidR="00920BCF" w:rsidRPr="00920BCF">
        <w:rPr>
          <w:rFonts w:cstheme="minorHAnsi"/>
          <w:sz w:val="24"/>
          <w:szCs w:val="24"/>
        </w:rPr>
        <w:t>korištenje</w:t>
      </w:r>
      <w:proofErr w:type="spellEnd"/>
      <w:r w:rsidR="00920BCF" w:rsidRPr="00920BCF">
        <w:rPr>
          <w:rFonts w:cstheme="minorHAnsi"/>
          <w:sz w:val="24"/>
          <w:szCs w:val="24"/>
        </w:rPr>
        <w:t xml:space="preserve"> </w:t>
      </w:r>
      <w:proofErr w:type="spellStart"/>
      <w:r w:rsidR="00920BCF" w:rsidRPr="00920BCF">
        <w:rPr>
          <w:rFonts w:cstheme="minorHAnsi"/>
          <w:sz w:val="24"/>
          <w:szCs w:val="24"/>
        </w:rPr>
        <w:t>osobnih</w:t>
      </w:r>
      <w:proofErr w:type="spellEnd"/>
      <w:r w:rsidR="00920BCF" w:rsidRPr="00920BCF">
        <w:rPr>
          <w:rFonts w:cstheme="minorHAnsi"/>
          <w:sz w:val="24"/>
          <w:szCs w:val="24"/>
        </w:rPr>
        <w:t xml:space="preserve"> </w:t>
      </w:r>
      <w:proofErr w:type="spellStart"/>
      <w:r w:rsidR="00920BCF" w:rsidRPr="00920BCF">
        <w:rPr>
          <w:rFonts w:cstheme="minorHAnsi"/>
          <w:sz w:val="24"/>
          <w:szCs w:val="24"/>
        </w:rPr>
        <w:t>podataka</w:t>
      </w:r>
      <w:proofErr w:type="spellEnd"/>
      <w:r w:rsidR="00920BCF" w:rsidRPr="00920BCF">
        <w:rPr>
          <w:rFonts w:cstheme="minorHAnsi"/>
          <w:sz w:val="24"/>
          <w:szCs w:val="24"/>
        </w:rPr>
        <w:t xml:space="preserve"> </w:t>
      </w:r>
      <w:proofErr w:type="spellStart"/>
      <w:r w:rsidR="00920BCF" w:rsidRPr="00920BCF">
        <w:rPr>
          <w:rFonts w:cstheme="minorHAnsi"/>
          <w:sz w:val="24"/>
          <w:szCs w:val="24"/>
        </w:rPr>
        <w:t>i</w:t>
      </w:r>
      <w:proofErr w:type="spellEnd"/>
      <w:r w:rsidR="00920BCF" w:rsidRPr="00920BCF">
        <w:rPr>
          <w:rFonts w:cstheme="minorHAnsi"/>
          <w:sz w:val="24"/>
          <w:szCs w:val="24"/>
        </w:rPr>
        <w:t xml:space="preserve"> </w:t>
      </w:r>
      <w:proofErr w:type="spellStart"/>
      <w:r w:rsidR="00920BCF" w:rsidRPr="00920BCF">
        <w:rPr>
          <w:rFonts w:cstheme="minorHAnsi"/>
          <w:sz w:val="24"/>
          <w:szCs w:val="24"/>
        </w:rPr>
        <w:t>fotografiranje</w:t>
      </w:r>
      <w:proofErr w:type="spellEnd"/>
      <w:r w:rsidR="00920BCF" w:rsidRPr="00920BCF">
        <w:rPr>
          <w:rFonts w:cstheme="minorHAnsi"/>
          <w:sz w:val="24"/>
          <w:szCs w:val="24"/>
        </w:rPr>
        <w:t xml:space="preserve"> u </w:t>
      </w:r>
      <w:proofErr w:type="spellStart"/>
      <w:r w:rsidR="00920BCF" w:rsidRPr="00920BCF">
        <w:rPr>
          <w:rFonts w:cstheme="minorHAnsi"/>
          <w:sz w:val="24"/>
          <w:szCs w:val="24"/>
        </w:rPr>
        <w:t>svrhu</w:t>
      </w:r>
      <w:proofErr w:type="spellEnd"/>
      <w:r w:rsidR="00920BCF" w:rsidRPr="00920BCF">
        <w:rPr>
          <w:rFonts w:cstheme="minorHAnsi"/>
          <w:sz w:val="24"/>
          <w:szCs w:val="24"/>
        </w:rPr>
        <w:t xml:space="preserve"> </w:t>
      </w:r>
      <w:proofErr w:type="spellStart"/>
      <w:r w:rsidR="00920BCF" w:rsidRPr="00920BCF">
        <w:rPr>
          <w:rFonts w:cstheme="minorHAnsi"/>
          <w:sz w:val="24"/>
          <w:szCs w:val="24"/>
        </w:rPr>
        <w:t>promocije</w:t>
      </w:r>
      <w:proofErr w:type="spellEnd"/>
      <w:r w:rsidR="00920BCF" w:rsidRPr="00920BCF">
        <w:rPr>
          <w:rFonts w:cstheme="minorHAnsi"/>
          <w:sz w:val="24"/>
          <w:szCs w:val="24"/>
        </w:rPr>
        <w:t xml:space="preserve"> </w:t>
      </w:r>
      <w:proofErr w:type="spellStart"/>
      <w:r w:rsidR="00920BCF" w:rsidRPr="00920BCF">
        <w:rPr>
          <w:rFonts w:cstheme="minorHAnsi"/>
          <w:sz w:val="24"/>
          <w:szCs w:val="24"/>
        </w:rPr>
        <w:t>aktivnosti</w:t>
      </w:r>
      <w:proofErr w:type="spellEnd"/>
      <w:r w:rsidR="00920BCF" w:rsidRPr="00920BCF">
        <w:rPr>
          <w:rFonts w:cstheme="minorHAnsi"/>
          <w:sz w:val="24"/>
          <w:szCs w:val="24"/>
        </w:rPr>
        <w:t xml:space="preserve"> </w:t>
      </w:r>
      <w:proofErr w:type="spellStart"/>
      <w:r w:rsidR="00920BCF" w:rsidRPr="00920BCF">
        <w:rPr>
          <w:rFonts w:cstheme="minorHAnsi"/>
          <w:sz w:val="24"/>
          <w:szCs w:val="24"/>
        </w:rPr>
        <w:t>i</w:t>
      </w:r>
      <w:proofErr w:type="spellEnd"/>
      <w:r w:rsidR="00920BCF" w:rsidRPr="00920BCF">
        <w:rPr>
          <w:rFonts w:cstheme="minorHAnsi"/>
          <w:sz w:val="24"/>
          <w:szCs w:val="24"/>
        </w:rPr>
        <w:t xml:space="preserve"> </w:t>
      </w:r>
      <w:proofErr w:type="spellStart"/>
      <w:r w:rsidR="00920BCF" w:rsidRPr="00920BCF">
        <w:rPr>
          <w:rFonts w:cstheme="minorHAnsi"/>
          <w:sz w:val="24"/>
          <w:szCs w:val="24"/>
        </w:rPr>
        <w:t>rezultata</w:t>
      </w:r>
      <w:proofErr w:type="spellEnd"/>
      <w:r w:rsidR="00920BCF" w:rsidRPr="00920BCF">
        <w:rPr>
          <w:rFonts w:cstheme="minorHAnsi"/>
          <w:sz w:val="24"/>
          <w:szCs w:val="24"/>
        </w:rPr>
        <w:t xml:space="preserve"> </w:t>
      </w:r>
      <w:proofErr w:type="spellStart"/>
      <w:r w:rsidR="00920BCF" w:rsidRPr="00920BCF">
        <w:rPr>
          <w:rFonts w:cstheme="minorHAnsi"/>
          <w:sz w:val="24"/>
          <w:szCs w:val="24"/>
        </w:rPr>
        <w:t>te</w:t>
      </w:r>
      <w:proofErr w:type="spellEnd"/>
      <w:r w:rsidR="00920BCF" w:rsidRPr="00920BCF">
        <w:rPr>
          <w:rFonts w:cstheme="minorHAnsi"/>
          <w:sz w:val="24"/>
          <w:szCs w:val="24"/>
        </w:rPr>
        <w:t xml:space="preserve"> </w:t>
      </w:r>
      <w:proofErr w:type="spellStart"/>
      <w:r w:rsidR="00920BCF" w:rsidRPr="00920BCF">
        <w:rPr>
          <w:rFonts w:cstheme="minorHAnsi"/>
          <w:sz w:val="24"/>
          <w:szCs w:val="24"/>
        </w:rPr>
        <w:t>sudjelovanja</w:t>
      </w:r>
      <w:proofErr w:type="spellEnd"/>
      <w:r w:rsidR="00920BCF" w:rsidRPr="00920BCF">
        <w:rPr>
          <w:rFonts w:cstheme="minorHAnsi"/>
          <w:sz w:val="24"/>
          <w:szCs w:val="24"/>
        </w:rPr>
        <w:t xml:space="preserve"> u </w:t>
      </w:r>
      <w:proofErr w:type="spellStart"/>
      <w:r w:rsidR="00920BCF" w:rsidRPr="00920BCF">
        <w:rPr>
          <w:rFonts w:cstheme="minorHAnsi"/>
          <w:sz w:val="24"/>
          <w:szCs w:val="24"/>
        </w:rPr>
        <w:t>projektu</w:t>
      </w:r>
      <w:proofErr w:type="spellEnd"/>
      <w:r w:rsidR="00920BCF" w:rsidRPr="00920BCF">
        <w:rPr>
          <w:rFonts w:cstheme="minorHAnsi"/>
          <w:sz w:val="24"/>
          <w:szCs w:val="24"/>
        </w:rPr>
        <w:t xml:space="preserve"> </w:t>
      </w:r>
      <w:proofErr w:type="spellStart"/>
      <w:r w:rsidR="00920BCF" w:rsidRPr="00920BCF">
        <w:rPr>
          <w:rFonts w:cstheme="minorHAnsi"/>
          <w:sz w:val="24"/>
          <w:szCs w:val="24"/>
        </w:rPr>
        <w:t>mobilnosti</w:t>
      </w:r>
      <w:proofErr w:type="spellEnd"/>
      <w:r w:rsidR="00920BCF" w:rsidRPr="00920BCF">
        <w:rPr>
          <w:rFonts w:cstheme="minorHAnsi"/>
          <w:sz w:val="24"/>
          <w:szCs w:val="24"/>
        </w:rPr>
        <w:t xml:space="preserve">. </w:t>
      </w:r>
      <w:proofErr w:type="spellStart"/>
      <w:r w:rsidR="00920BCF" w:rsidRPr="00920BCF">
        <w:rPr>
          <w:rFonts w:cstheme="minorHAnsi"/>
          <w:sz w:val="24"/>
          <w:szCs w:val="24"/>
        </w:rPr>
        <w:t>Navedeni</w:t>
      </w:r>
      <w:proofErr w:type="spellEnd"/>
      <w:r w:rsidR="00920BCF" w:rsidRPr="00920BCF">
        <w:rPr>
          <w:rFonts w:cstheme="minorHAnsi"/>
          <w:sz w:val="24"/>
          <w:szCs w:val="24"/>
        </w:rPr>
        <w:t xml:space="preserve"> </w:t>
      </w:r>
      <w:proofErr w:type="spellStart"/>
      <w:r w:rsidR="00920BCF" w:rsidRPr="00920BCF">
        <w:rPr>
          <w:rFonts w:cstheme="minorHAnsi"/>
          <w:sz w:val="24"/>
          <w:szCs w:val="24"/>
        </w:rPr>
        <w:t>podaci</w:t>
      </w:r>
      <w:proofErr w:type="spellEnd"/>
      <w:r w:rsidR="00920BCF" w:rsidRPr="00920BCF">
        <w:rPr>
          <w:rFonts w:cstheme="minorHAnsi"/>
          <w:sz w:val="24"/>
          <w:szCs w:val="24"/>
        </w:rPr>
        <w:t xml:space="preserve"> </w:t>
      </w:r>
      <w:proofErr w:type="spellStart"/>
      <w:r w:rsidR="00920BCF" w:rsidRPr="00920BCF">
        <w:rPr>
          <w:rFonts w:cstheme="minorHAnsi"/>
          <w:sz w:val="24"/>
          <w:szCs w:val="24"/>
        </w:rPr>
        <w:t>prikupljaju</w:t>
      </w:r>
      <w:proofErr w:type="spellEnd"/>
      <w:r w:rsidR="00920BCF" w:rsidRPr="00920BCF">
        <w:rPr>
          <w:rFonts w:cstheme="minorHAnsi"/>
          <w:sz w:val="24"/>
          <w:szCs w:val="24"/>
        </w:rPr>
        <w:t xml:space="preserve"> se </w:t>
      </w:r>
      <w:proofErr w:type="spellStart"/>
      <w:r w:rsidR="00920BCF" w:rsidRPr="00920BCF">
        <w:rPr>
          <w:rFonts w:cstheme="minorHAnsi"/>
          <w:sz w:val="24"/>
          <w:szCs w:val="24"/>
        </w:rPr>
        <w:t>sukladno</w:t>
      </w:r>
      <w:proofErr w:type="spellEnd"/>
      <w:r w:rsidR="00920BCF" w:rsidRPr="00920BCF">
        <w:rPr>
          <w:rFonts w:cstheme="minorHAnsi"/>
          <w:sz w:val="24"/>
          <w:szCs w:val="24"/>
        </w:rPr>
        <w:t xml:space="preserve"> </w:t>
      </w:r>
      <w:proofErr w:type="spellStart"/>
      <w:r w:rsidR="00920BCF" w:rsidRPr="00920BCF">
        <w:rPr>
          <w:rFonts w:cstheme="minorHAnsi"/>
          <w:sz w:val="24"/>
          <w:szCs w:val="24"/>
        </w:rPr>
        <w:t>Općoj</w:t>
      </w:r>
      <w:proofErr w:type="spellEnd"/>
      <w:r w:rsidR="00920BCF" w:rsidRPr="00920BCF">
        <w:rPr>
          <w:rFonts w:cstheme="minorHAnsi"/>
          <w:sz w:val="24"/>
          <w:szCs w:val="24"/>
        </w:rPr>
        <w:t xml:space="preserve"> </w:t>
      </w:r>
      <w:proofErr w:type="spellStart"/>
      <w:r w:rsidR="00920BCF" w:rsidRPr="00920BCF">
        <w:rPr>
          <w:rFonts w:cstheme="minorHAnsi"/>
          <w:sz w:val="24"/>
          <w:szCs w:val="24"/>
        </w:rPr>
        <w:t>uredbi</w:t>
      </w:r>
      <w:proofErr w:type="spellEnd"/>
      <w:r w:rsidR="00920BCF" w:rsidRPr="00920BCF">
        <w:rPr>
          <w:rFonts w:cstheme="minorHAnsi"/>
          <w:sz w:val="24"/>
          <w:szCs w:val="24"/>
        </w:rPr>
        <w:t xml:space="preserve"> o </w:t>
      </w:r>
      <w:proofErr w:type="spellStart"/>
      <w:r w:rsidR="00920BCF" w:rsidRPr="00920BCF">
        <w:rPr>
          <w:rFonts w:cstheme="minorHAnsi"/>
          <w:sz w:val="24"/>
          <w:szCs w:val="24"/>
        </w:rPr>
        <w:t>zaštiti</w:t>
      </w:r>
      <w:proofErr w:type="spellEnd"/>
      <w:r w:rsidR="00920BCF" w:rsidRPr="00920BCF">
        <w:rPr>
          <w:rFonts w:cstheme="minorHAnsi"/>
          <w:sz w:val="24"/>
          <w:szCs w:val="24"/>
        </w:rPr>
        <w:t xml:space="preserve"> </w:t>
      </w:r>
      <w:proofErr w:type="spellStart"/>
      <w:r w:rsidR="00920BCF" w:rsidRPr="00920BCF">
        <w:rPr>
          <w:rFonts w:cstheme="minorHAnsi"/>
          <w:sz w:val="24"/>
          <w:szCs w:val="24"/>
        </w:rPr>
        <w:t>osobnih</w:t>
      </w:r>
      <w:proofErr w:type="spellEnd"/>
      <w:r w:rsidR="00920BCF" w:rsidRPr="00920BCF">
        <w:rPr>
          <w:rFonts w:cstheme="minorHAnsi"/>
          <w:sz w:val="24"/>
          <w:szCs w:val="24"/>
        </w:rPr>
        <w:t xml:space="preserve"> </w:t>
      </w:r>
      <w:proofErr w:type="spellStart"/>
      <w:r w:rsidR="00920BCF" w:rsidRPr="00920BCF">
        <w:rPr>
          <w:rFonts w:cstheme="minorHAnsi"/>
          <w:sz w:val="24"/>
          <w:szCs w:val="24"/>
        </w:rPr>
        <w:t>podataka</w:t>
      </w:r>
      <w:proofErr w:type="spellEnd"/>
      <w:r w:rsidR="00920BCF" w:rsidRPr="00920BCF">
        <w:rPr>
          <w:rFonts w:cstheme="minorHAnsi"/>
          <w:sz w:val="24"/>
          <w:szCs w:val="24"/>
        </w:rPr>
        <w:t>. (</w:t>
      </w:r>
      <w:proofErr w:type="spellStart"/>
      <w:r w:rsidR="00920BCF" w:rsidRPr="00920BCF">
        <w:rPr>
          <w:rFonts w:cstheme="minorHAnsi"/>
          <w:sz w:val="24"/>
          <w:szCs w:val="24"/>
        </w:rPr>
        <w:t>Označiti</w:t>
      </w:r>
      <w:proofErr w:type="spellEnd"/>
      <w:r w:rsidR="00920BCF" w:rsidRPr="00920BCF">
        <w:rPr>
          <w:rFonts w:cstheme="minorHAnsi"/>
          <w:sz w:val="24"/>
          <w:szCs w:val="24"/>
        </w:rPr>
        <w:t xml:space="preserve"> </w:t>
      </w:r>
      <w:r w:rsidR="00920BCF" w:rsidRPr="00920BCF">
        <w:rPr>
          <w:rFonts w:cstheme="minorHAnsi"/>
          <w:b/>
          <w:sz w:val="24"/>
          <w:szCs w:val="24"/>
        </w:rPr>
        <w:t>x</w:t>
      </w:r>
      <w:r w:rsidR="00920BCF" w:rsidRPr="00920BCF">
        <w:rPr>
          <w:rFonts w:cstheme="minorHAnsi"/>
          <w:sz w:val="24"/>
          <w:szCs w:val="24"/>
        </w:rPr>
        <w:t xml:space="preserve"> u </w:t>
      </w:r>
      <w:proofErr w:type="spellStart"/>
      <w:r w:rsidR="00920BCF" w:rsidRPr="00920BCF">
        <w:rPr>
          <w:rFonts w:cstheme="minorHAnsi"/>
          <w:sz w:val="24"/>
          <w:szCs w:val="24"/>
        </w:rPr>
        <w:t>kućicu</w:t>
      </w:r>
      <w:proofErr w:type="spellEnd"/>
      <w:r w:rsidR="00920BCF" w:rsidRPr="00920BCF">
        <w:rPr>
          <w:rFonts w:cstheme="minorHAnsi"/>
          <w:sz w:val="24"/>
          <w:szCs w:val="24"/>
        </w:rPr>
        <w:t>)</w:t>
      </w:r>
      <w:r w:rsidR="00920BCF" w:rsidRPr="00920BCF">
        <w:rPr>
          <w:rFonts w:cstheme="minorHAnsi"/>
          <w:sz w:val="24"/>
          <w:szCs w:val="24"/>
        </w:rPr>
        <w:tab/>
        <w:t>Da</w:t>
      </w:r>
      <w:r w:rsidR="00920BCF" w:rsidRPr="00920BCF">
        <w:rPr>
          <w:rFonts w:ascii="MS Gothic" w:eastAsia="MS Gothic" w:hAnsi="MS Gothic" w:cs="MS Gothic" w:hint="eastAsia"/>
          <w:sz w:val="24"/>
          <w:szCs w:val="24"/>
        </w:rPr>
        <w:t>☐</w:t>
      </w:r>
    </w:p>
    <w:p w14:paraId="09B8DA8E" w14:textId="3EC7DD1C" w:rsidR="007D4FC0" w:rsidRPr="00920BCF" w:rsidRDefault="007D4FC0">
      <w:pPr>
        <w:spacing w:after="120"/>
        <w:jc w:val="both"/>
        <w:rPr>
          <w:sz w:val="24"/>
          <w:szCs w:val="24"/>
        </w:rPr>
      </w:pPr>
    </w:p>
    <w:p w14:paraId="13A529EB" w14:textId="77777777" w:rsidR="007D4FC0" w:rsidRPr="00920BCF" w:rsidRDefault="00000000">
      <w:pPr>
        <w:spacing w:after="0"/>
        <w:rPr>
          <w:sz w:val="24"/>
          <w:szCs w:val="24"/>
        </w:rPr>
      </w:pPr>
      <w:r w:rsidRPr="00920BCF">
        <w:rPr>
          <w:sz w:val="24"/>
          <w:szCs w:val="24"/>
        </w:rPr>
        <w:t>Potpis učenika/ce: ______________________________</w:t>
      </w:r>
    </w:p>
    <w:sectPr w:rsidR="007D4FC0" w:rsidRPr="00920BCF" w:rsidSect="00034616">
      <w:pgSz w:w="12240" w:h="15840"/>
      <w:pgMar w:top="1247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5646727">
    <w:abstractNumId w:val="8"/>
  </w:num>
  <w:num w:numId="2" w16cid:durableId="1902980012">
    <w:abstractNumId w:val="6"/>
  </w:num>
  <w:num w:numId="3" w16cid:durableId="546257216">
    <w:abstractNumId w:val="5"/>
  </w:num>
  <w:num w:numId="4" w16cid:durableId="1947420768">
    <w:abstractNumId w:val="4"/>
  </w:num>
  <w:num w:numId="5" w16cid:durableId="1691487463">
    <w:abstractNumId w:val="7"/>
  </w:num>
  <w:num w:numId="6" w16cid:durableId="144932835">
    <w:abstractNumId w:val="3"/>
  </w:num>
  <w:num w:numId="7" w16cid:durableId="1411269593">
    <w:abstractNumId w:val="2"/>
  </w:num>
  <w:num w:numId="8" w16cid:durableId="483666144">
    <w:abstractNumId w:val="1"/>
  </w:num>
  <w:num w:numId="9" w16cid:durableId="2053651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2AC2"/>
    <w:rsid w:val="0015074B"/>
    <w:rsid w:val="0029639D"/>
    <w:rsid w:val="00326F90"/>
    <w:rsid w:val="00656F92"/>
    <w:rsid w:val="007D4FC0"/>
    <w:rsid w:val="00920BCF"/>
    <w:rsid w:val="00AA1D8D"/>
    <w:rsid w:val="00B1320D"/>
    <w:rsid w:val="00B47730"/>
    <w:rsid w:val="00CB0664"/>
    <w:rsid w:val="00D24804"/>
    <w:rsid w:val="00DD1536"/>
    <w:rsid w:val="00E45AF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3C5C23"/>
  <w14:defaultImageDpi w14:val="300"/>
  <w15:docId w15:val="{0B2EF677-C79F-4167-A699-0F797DAA7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272</Words>
  <Characters>1552</Characters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2026-09-28T19:10:00Z</dcterms:modified>
  <cp:category/>
</cp:coreProperties>
</file>