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73"/>
        <w:gridCol w:w="4873"/>
      </w:tblGrid>
      <w:tr w:rsidR="00490656" w14:paraId="60BF7965" w14:textId="77777777"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</w:tcPr>
          <w:p w14:paraId="07CE47E6" w14:textId="77777777" w:rsidR="00490656" w:rsidRDefault="00000000">
            <w:r>
              <w:rPr>
                <w:noProof/>
              </w:rPr>
              <w:drawing>
                <wp:inline distT="0" distB="0" distL="0" distR="0" wp14:anchorId="3174B065" wp14:editId="649FE197">
                  <wp:extent cx="1440000" cy="408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4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</w:tcPr>
          <w:p w14:paraId="0FA8FB5B" w14:textId="77777777" w:rsidR="00490656" w:rsidRDefault="00000000">
            <w:pPr>
              <w:jc w:val="right"/>
            </w:pPr>
            <w:r>
              <w:rPr>
                <w:noProof/>
              </w:rPr>
              <w:drawing>
                <wp:inline distT="0" distB="0" distL="0" distR="0" wp14:anchorId="649E41F5" wp14:editId="2655479F">
                  <wp:extent cx="1440000" cy="561429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5614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CA0FF65" w14:textId="77777777" w:rsidR="00490656" w:rsidRDefault="00000000">
      <w:pPr>
        <w:spacing w:after="0"/>
      </w:pPr>
      <w:r>
        <w:t>Srednja škola Petrinja</w:t>
      </w:r>
    </w:p>
    <w:p w14:paraId="37728827" w14:textId="77777777" w:rsidR="00490656" w:rsidRDefault="00000000">
      <w:pPr>
        <w:spacing w:after="0"/>
      </w:pPr>
      <w:r>
        <w:t>Gundulićeva 3</w:t>
      </w:r>
    </w:p>
    <w:p w14:paraId="3FDE1E6E" w14:textId="77777777" w:rsidR="00490656" w:rsidRDefault="00000000">
      <w:pPr>
        <w:spacing w:after="480"/>
      </w:pPr>
      <w:r>
        <w:t>44250 Petrinja</w:t>
      </w:r>
    </w:p>
    <w:p w14:paraId="474228C5" w14:textId="77777777" w:rsidR="00490656" w:rsidRDefault="00000000">
      <w:pPr>
        <w:spacing w:after="480"/>
        <w:jc w:val="center"/>
      </w:pPr>
      <w:r>
        <w:rPr>
          <w:b/>
          <w:sz w:val="36"/>
        </w:rPr>
        <w:t>SUGLASNOST O UPOTREBI OSOBNIH PODATAKA</w:t>
      </w:r>
    </w:p>
    <w:p w14:paraId="5022D9FE" w14:textId="77777777" w:rsidR="00490656" w:rsidRDefault="00000000">
      <w:pPr>
        <w:spacing w:after="120"/>
        <w:jc w:val="both"/>
      </w:pPr>
      <w:r>
        <w:t>Prema Općoj uredbi o zaštiti podataka (GDPR), ja ____________________________________________,</w:t>
      </w:r>
    </w:p>
    <w:p w14:paraId="6411C99A" w14:textId="77777777" w:rsidR="00490656" w:rsidRDefault="00000000">
      <w:pPr>
        <w:jc w:val="center"/>
      </w:pPr>
      <w:r>
        <w:rPr>
          <w:sz w:val="18"/>
        </w:rPr>
        <w:t>(ime i prezime roditelja/skrbnika)</w:t>
      </w:r>
    </w:p>
    <w:p w14:paraId="196FFB1B" w14:textId="77777777" w:rsidR="00490656" w:rsidRDefault="00000000">
      <w:pPr>
        <w:spacing w:after="120"/>
        <w:jc w:val="both"/>
      </w:pPr>
      <w:r>
        <w:t>dajem suglasnost Srednjoj školi Petrinja, Gundulićeva 3, 44250 Petrinja da u svrhu provedbe i predstavljanja Erasmus+ projekta škole sakuplja, obrađuje i javno predstavlja osobne podatke mog djeteta</w:t>
      </w:r>
    </w:p>
    <w:p w14:paraId="7800EC55" w14:textId="77777777" w:rsidR="00490656" w:rsidRDefault="00000000">
      <w:pPr>
        <w:spacing w:after="120"/>
      </w:pPr>
      <w:r>
        <w:t>____________________________________________, rođenog/e ____________________, učenika/ce ______ razreda gimnazijskog programa,</w:t>
      </w:r>
    </w:p>
    <w:p w14:paraId="56777B8E" w14:textId="77777777" w:rsidR="00490656" w:rsidRDefault="00000000">
      <w:pPr>
        <w:spacing w:after="120"/>
        <w:jc w:val="both"/>
      </w:pPr>
      <w:r>
        <w:t>vezane uz provedbu Erasmus+ projekta 2025-1-HR01-KA121-SCH-000344142, uključujući fotografije, videozapise i izvještaje o projektnim aktivnostima na mrežnim stranicama škole i drugim službenim komunikacijskim kanalima projekta.</w:t>
      </w:r>
    </w:p>
    <w:p w14:paraId="40CBC809" w14:textId="77777777" w:rsidR="00490656" w:rsidRDefault="00000000">
      <w:pPr>
        <w:spacing w:after="40"/>
        <w:jc w:val="center"/>
      </w:pPr>
      <w:r>
        <w:rPr>
          <w:b/>
          <w:sz w:val="24"/>
        </w:rPr>
        <w:t>DA        NE</w:t>
      </w:r>
    </w:p>
    <w:p w14:paraId="64C5C5C1" w14:textId="77777777" w:rsidR="00490656" w:rsidRDefault="00000000">
      <w:pPr>
        <w:spacing w:after="440"/>
        <w:jc w:val="center"/>
      </w:pPr>
      <w:r>
        <w:rPr>
          <w:sz w:val="18"/>
        </w:rPr>
        <w:t>(zaokružiti)</w:t>
      </w:r>
    </w:p>
    <w:p w14:paraId="124057B4" w14:textId="77777777" w:rsidR="00490656" w:rsidRDefault="00000000">
      <w:pPr>
        <w:spacing w:after="800"/>
      </w:pPr>
      <w:r>
        <w:t>Roditelj/skrbnik ima pravo opozvati ovu suglasnost u bilo koje vrijeme.</w:t>
      </w:r>
    </w:p>
    <w:p w14:paraId="49715F05" w14:textId="77777777" w:rsidR="00490656" w:rsidRDefault="00000000">
      <w:pPr>
        <w:spacing w:after="0"/>
      </w:pPr>
      <w:r>
        <w:t>Petrinja, ____________________                              ______________________________</w:t>
      </w:r>
    </w:p>
    <w:p w14:paraId="1D57195C" w14:textId="001F20BE" w:rsidR="00490656" w:rsidRDefault="00000000">
      <w:pPr>
        <w:spacing w:after="0"/>
      </w:pPr>
      <w:r>
        <w:rPr>
          <w:sz w:val="18"/>
        </w:rPr>
        <w:t xml:space="preserve">              </w:t>
      </w:r>
      <w:r w:rsidR="00D60EEB">
        <w:rPr>
          <w:sz w:val="18"/>
        </w:rPr>
        <w:t xml:space="preserve">                         </w:t>
      </w:r>
      <w:r>
        <w:rPr>
          <w:sz w:val="18"/>
        </w:rPr>
        <w:t xml:space="preserve">  (</w:t>
      </w:r>
      <w:proofErr w:type="gramStart"/>
      <w:r>
        <w:rPr>
          <w:sz w:val="18"/>
        </w:rPr>
        <w:t xml:space="preserve">datum)   </w:t>
      </w:r>
      <w:proofErr w:type="gramEnd"/>
      <w:r>
        <w:rPr>
          <w:sz w:val="18"/>
        </w:rPr>
        <w:t xml:space="preserve">                                        </w:t>
      </w:r>
      <w:r w:rsidR="00D60EEB">
        <w:rPr>
          <w:sz w:val="18"/>
        </w:rPr>
        <w:t xml:space="preserve">                </w:t>
      </w:r>
      <w:r>
        <w:rPr>
          <w:sz w:val="18"/>
        </w:rPr>
        <w:t xml:space="preserve">      </w:t>
      </w:r>
      <w:proofErr w:type="gramStart"/>
      <w:r>
        <w:rPr>
          <w:sz w:val="18"/>
        </w:rPr>
        <w:t xml:space="preserve">   (</w:t>
      </w:r>
      <w:proofErr w:type="gramEnd"/>
      <w:r>
        <w:rPr>
          <w:sz w:val="18"/>
        </w:rPr>
        <w:t>potpis roditelja/skrbnika)</w:t>
      </w:r>
    </w:p>
    <w:sectPr w:rsidR="00490656" w:rsidSect="00034616">
      <w:pgSz w:w="12240" w:h="15840"/>
      <w:pgMar w:top="1247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82783046">
    <w:abstractNumId w:val="8"/>
  </w:num>
  <w:num w:numId="2" w16cid:durableId="1431583224">
    <w:abstractNumId w:val="6"/>
  </w:num>
  <w:num w:numId="3" w16cid:durableId="1642272983">
    <w:abstractNumId w:val="5"/>
  </w:num>
  <w:num w:numId="4" w16cid:durableId="1912498756">
    <w:abstractNumId w:val="4"/>
  </w:num>
  <w:num w:numId="5" w16cid:durableId="1945189167">
    <w:abstractNumId w:val="7"/>
  </w:num>
  <w:num w:numId="6" w16cid:durableId="519858993">
    <w:abstractNumId w:val="3"/>
  </w:num>
  <w:num w:numId="7" w16cid:durableId="45839662">
    <w:abstractNumId w:val="2"/>
  </w:num>
  <w:num w:numId="8" w16cid:durableId="1866559890">
    <w:abstractNumId w:val="1"/>
  </w:num>
  <w:num w:numId="9" w16cid:durableId="3827980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90656"/>
    <w:rsid w:val="004C40E9"/>
    <w:rsid w:val="00AA1D8D"/>
    <w:rsid w:val="00B47730"/>
    <w:rsid w:val="00CB0664"/>
    <w:rsid w:val="00D60EE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811757"/>
  <w14:defaultImageDpi w14:val="300"/>
  <w15:docId w15:val="{935F7B50-D028-4322-BBB0-9EE75D960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eastAsia="Calibri" w:hAnsi="Calibri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947</Characters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2026-09-28T03:40:00Z</dcterms:modified>
  <cp:category/>
</cp:coreProperties>
</file>