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9897" w14:textId="77777777" w:rsidR="00FB5DCA" w:rsidRDefault="00000000">
      <w:pPr>
        <w:spacing w:after="40" w:line="228" w:lineRule="auto"/>
        <w:jc w:val="center"/>
      </w:pPr>
      <w:r>
        <w:rPr>
          <w:b/>
        </w:rPr>
        <w:t>Projekt mobilnosti Srednje škole Petrinja</w:t>
      </w:r>
    </w:p>
    <w:p w14:paraId="73F28A3B" w14:textId="77777777" w:rsidR="00FB5DCA" w:rsidRDefault="00000000">
      <w:pPr>
        <w:spacing w:after="40" w:line="228" w:lineRule="auto"/>
      </w:pPr>
      <w:r>
        <w:rPr>
          <w:b/>
          <w:sz w:val="19"/>
        </w:rPr>
        <w:t>Broj projekta: 2025-1-HR01-KA121-SCH-000344142</w:t>
      </w:r>
    </w:p>
    <w:p w14:paraId="3AADEE2C" w14:textId="77777777" w:rsidR="00FB5DCA" w:rsidRDefault="00000000">
      <w:pPr>
        <w:spacing w:after="40" w:line="228" w:lineRule="auto"/>
        <w:jc w:val="center"/>
      </w:pPr>
      <w:r>
        <w:rPr>
          <w:b/>
          <w:sz w:val="24"/>
        </w:rPr>
        <w:t>PRIJAVNI OBRAZAC</w:t>
      </w:r>
    </w:p>
    <w:p w14:paraId="3D96E7D3" w14:textId="77777777" w:rsidR="00FB5DCA" w:rsidRDefault="00000000">
      <w:pPr>
        <w:spacing w:after="40" w:line="228" w:lineRule="auto"/>
        <w:jc w:val="both"/>
      </w:pPr>
      <w:r>
        <w:rPr>
          <w:sz w:val="19"/>
        </w:rPr>
        <w:t>Za prijavu za sudjelovanje u Erasmus+ mobilnosti potrebno je ispuniti podatke u nastavku. Radi objave rezultata prema šiframa kandidata, kandidat sam odabire šifru od 4 do 6 slova.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669"/>
      </w:tblGrid>
      <w:tr w:rsidR="00FB5DCA" w14:paraId="66259AB8" w14:textId="77777777">
        <w:trPr>
          <w:jc w:val="center"/>
        </w:trPr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485B53" w14:textId="77777777" w:rsidR="00FB5DCA" w:rsidRDefault="00000000">
            <w:pPr>
              <w:spacing w:line="228" w:lineRule="auto"/>
            </w:pPr>
            <w:r>
              <w:rPr>
                <w:rFonts w:ascii="Arial" w:hAnsi="Arial"/>
                <w:sz w:val="18"/>
              </w:rPr>
              <w:t>Ime i prezime</w:t>
            </w:r>
          </w:p>
        </w:tc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E4588B" w14:textId="77777777" w:rsidR="00FB5DCA" w:rsidRDefault="00FB5DCA">
            <w:pPr>
              <w:spacing w:line="228" w:lineRule="auto"/>
            </w:pPr>
          </w:p>
        </w:tc>
      </w:tr>
      <w:tr w:rsidR="00FB5DCA" w14:paraId="608A1BD9" w14:textId="77777777">
        <w:trPr>
          <w:jc w:val="center"/>
        </w:trPr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AD76F6" w14:textId="77777777" w:rsidR="00FB5DCA" w:rsidRDefault="00000000">
            <w:pPr>
              <w:spacing w:line="228" w:lineRule="auto"/>
            </w:pPr>
            <w:r>
              <w:rPr>
                <w:rFonts w:ascii="Arial" w:hAnsi="Arial"/>
                <w:sz w:val="18"/>
              </w:rPr>
              <w:t>Radno mjesto / predmetno područje</w:t>
            </w:r>
          </w:p>
        </w:tc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B98758" w14:textId="77777777" w:rsidR="00FB5DCA" w:rsidRDefault="00FB5DCA">
            <w:pPr>
              <w:spacing w:line="228" w:lineRule="auto"/>
            </w:pPr>
          </w:p>
        </w:tc>
      </w:tr>
      <w:tr w:rsidR="00FB5DCA" w14:paraId="29C3CEB4" w14:textId="77777777">
        <w:trPr>
          <w:jc w:val="center"/>
        </w:trPr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5B4EB7" w14:textId="77777777" w:rsidR="00FB5DCA" w:rsidRDefault="00000000">
            <w:pPr>
              <w:spacing w:line="228" w:lineRule="auto"/>
            </w:pPr>
            <w:r>
              <w:rPr>
                <w:rFonts w:ascii="Arial" w:hAnsi="Arial"/>
                <w:sz w:val="18"/>
              </w:rPr>
              <w:t>Kontakt broj</w:t>
            </w:r>
          </w:p>
        </w:tc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E79820" w14:textId="77777777" w:rsidR="00FB5DCA" w:rsidRDefault="00FB5DCA">
            <w:pPr>
              <w:spacing w:line="228" w:lineRule="auto"/>
            </w:pPr>
          </w:p>
        </w:tc>
      </w:tr>
      <w:tr w:rsidR="00FB5DCA" w14:paraId="3F60CEFB" w14:textId="77777777">
        <w:trPr>
          <w:jc w:val="center"/>
        </w:trPr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DDA961" w14:textId="77777777" w:rsidR="00FB5DCA" w:rsidRDefault="00000000">
            <w:pPr>
              <w:spacing w:line="228" w:lineRule="auto"/>
            </w:pPr>
            <w:r>
              <w:rPr>
                <w:rFonts w:ascii="Arial" w:hAnsi="Arial"/>
                <w:sz w:val="18"/>
              </w:rPr>
              <w:t>E-mail adresa</w:t>
            </w:r>
          </w:p>
        </w:tc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B7CDD8" w14:textId="77777777" w:rsidR="00FB5DCA" w:rsidRDefault="00FB5DCA">
            <w:pPr>
              <w:spacing w:line="228" w:lineRule="auto"/>
            </w:pPr>
          </w:p>
        </w:tc>
      </w:tr>
      <w:tr w:rsidR="00FB5DCA" w14:paraId="7E05E47A" w14:textId="77777777">
        <w:trPr>
          <w:jc w:val="center"/>
        </w:trPr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F1423B" w14:textId="28E5BEE0" w:rsidR="00FB5DCA" w:rsidRDefault="00000000">
            <w:pPr>
              <w:spacing w:line="228" w:lineRule="auto"/>
            </w:pPr>
            <w:proofErr w:type="spellStart"/>
            <w:r>
              <w:rPr>
                <w:rFonts w:ascii="Arial" w:hAnsi="Arial"/>
                <w:sz w:val="18"/>
              </w:rPr>
              <w:t>Šifra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kandidata</w:t>
            </w:r>
            <w:proofErr w:type="spellEnd"/>
            <w:r w:rsidR="00E351DC"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86C379" w14:textId="77777777" w:rsidR="00FB5DCA" w:rsidRDefault="00FB5DCA">
            <w:pPr>
              <w:spacing w:line="228" w:lineRule="auto"/>
            </w:pPr>
          </w:p>
        </w:tc>
      </w:tr>
    </w:tbl>
    <w:p w14:paraId="431B0F43" w14:textId="29268FD7" w:rsidR="00FB5DCA" w:rsidRDefault="00E351DC">
      <w:pPr>
        <w:spacing w:after="40" w:line="228" w:lineRule="auto"/>
      </w:pPr>
      <w:r>
        <w:rPr>
          <w:b/>
          <w:sz w:val="21"/>
        </w:rPr>
        <w:br/>
      </w:r>
      <w:r>
        <w:rPr>
          <w:b/>
          <w:sz w:val="21"/>
        </w:rPr>
        <w:br/>
      </w:r>
      <w:proofErr w:type="spellStart"/>
      <w:r>
        <w:rPr>
          <w:b/>
          <w:sz w:val="21"/>
        </w:rPr>
        <w:t>Kategorija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prijave</w:t>
      </w:r>
      <w:proofErr w:type="spellEnd"/>
    </w:p>
    <w:p w14:paraId="00254965" w14:textId="77777777" w:rsidR="00FB5DCA" w:rsidRDefault="00000000">
      <w:pPr>
        <w:spacing w:after="40" w:line="228" w:lineRule="auto"/>
      </w:pPr>
      <w:r>
        <w:rPr>
          <w:sz w:val="19"/>
        </w:rPr>
        <w:t>☐ Kategorija A – zaposlenik škole u pratnji učenika tijekom mobilnosti</w:t>
      </w:r>
    </w:p>
    <w:p w14:paraId="317D692E" w14:textId="77777777" w:rsidR="00FB5DCA" w:rsidRDefault="00000000">
      <w:pPr>
        <w:spacing w:after="40" w:line="228" w:lineRule="auto"/>
      </w:pPr>
      <w:r>
        <w:rPr>
          <w:sz w:val="19"/>
        </w:rPr>
        <w:t>☐ Kategorija B – nastavnik općeobrazovnih predmeta – job shadowing</w:t>
      </w:r>
    </w:p>
    <w:p w14:paraId="3338DA1D" w14:textId="77777777" w:rsidR="00FB5DCA" w:rsidRDefault="00000000">
      <w:pPr>
        <w:spacing w:after="40" w:line="228" w:lineRule="auto"/>
      </w:pPr>
      <w:r>
        <w:rPr>
          <w:sz w:val="19"/>
        </w:rPr>
        <w:t>☐ prijavljujem se za obje kategorije</w:t>
      </w:r>
    </w:p>
    <w:p w14:paraId="27144894" w14:textId="77777777" w:rsidR="00FB5DCA" w:rsidRDefault="00000000">
      <w:pPr>
        <w:spacing w:after="40" w:line="228" w:lineRule="auto"/>
      </w:pPr>
      <w:r>
        <w:rPr>
          <w:b/>
          <w:sz w:val="19"/>
        </w:rPr>
        <w:t>Napomena: Za Kategoriju B mogu se prijaviti isključivo nastavnici općeobrazovnih predmeta.</w:t>
      </w:r>
    </w:p>
    <w:p w14:paraId="50311887" w14:textId="476900C0" w:rsidR="00FB5DCA" w:rsidRDefault="00E351DC">
      <w:pPr>
        <w:spacing w:after="40" w:line="228" w:lineRule="auto"/>
      </w:pPr>
      <w:r>
        <w:rPr>
          <w:b/>
          <w:sz w:val="21"/>
        </w:rPr>
        <w:br/>
      </w:r>
      <w:proofErr w:type="spellStart"/>
      <w:r>
        <w:rPr>
          <w:b/>
          <w:sz w:val="21"/>
        </w:rPr>
        <w:t>Poznavanje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engleskog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ili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slovenskog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jezika</w:t>
      </w:r>
      <w:proofErr w:type="spellEnd"/>
    </w:p>
    <w:p w14:paraId="0686C6D1" w14:textId="77777777" w:rsidR="00FB5DCA" w:rsidRDefault="00000000">
      <w:pPr>
        <w:spacing w:after="40" w:line="228" w:lineRule="auto"/>
      </w:pPr>
      <w:r>
        <w:rPr>
          <w:sz w:val="19"/>
        </w:rPr>
        <w:t>Jezik kojim se planiram služiti tijekom mobilnosti:   ☐ engleski   ☐ slovenski</w:t>
      </w:r>
    </w:p>
    <w:p w14:paraId="7B85F63F" w14:textId="77777777" w:rsidR="00FB5DCA" w:rsidRDefault="00000000">
      <w:pPr>
        <w:spacing w:after="40" w:line="228" w:lineRule="auto"/>
      </w:pPr>
      <w:r>
        <w:rPr>
          <w:sz w:val="19"/>
        </w:rPr>
        <w:t>Označiti jednu tvrdnju koja najbolje opisuje razinu:</w:t>
      </w:r>
    </w:p>
    <w:p w14:paraId="5D44C32D" w14:textId="77777777" w:rsidR="00FB5DCA" w:rsidRDefault="00000000">
      <w:pPr>
        <w:spacing w:after="40" w:line="228" w:lineRule="auto"/>
      </w:pPr>
      <w:r>
        <w:rPr>
          <w:sz w:val="19"/>
        </w:rPr>
        <w:t>☐ Nedovoljno za samostalnu komunikaciju tijekom mobilnosti</w:t>
      </w:r>
    </w:p>
    <w:p w14:paraId="32006B97" w14:textId="77777777" w:rsidR="00FB5DCA" w:rsidRDefault="00000000">
      <w:pPr>
        <w:spacing w:after="40" w:line="228" w:lineRule="auto"/>
      </w:pPr>
      <w:r>
        <w:rPr>
          <w:sz w:val="19"/>
        </w:rPr>
        <w:t>☐ Dovoljno za osnovnu i svakodnevnu komunikaciju, uz povremene poteškoće</w:t>
      </w:r>
    </w:p>
    <w:p w14:paraId="552C5C51" w14:textId="77777777" w:rsidR="00FB5DCA" w:rsidRDefault="00000000">
      <w:pPr>
        <w:spacing w:after="40" w:line="228" w:lineRule="auto"/>
      </w:pPr>
      <w:r>
        <w:rPr>
          <w:sz w:val="19"/>
        </w:rPr>
        <w:t>☐ Samostalno i sigurno komuniciram u svakodnevnim i profesionalnim situacijama</w:t>
      </w:r>
    </w:p>
    <w:p w14:paraId="21DE6ED0" w14:textId="224E90D5" w:rsidR="00FB5DCA" w:rsidRDefault="00E351DC">
      <w:pPr>
        <w:spacing w:after="40" w:line="228" w:lineRule="auto"/>
      </w:pPr>
      <w:r>
        <w:rPr>
          <w:b/>
          <w:sz w:val="21"/>
        </w:rPr>
        <w:br/>
      </w:r>
      <w:proofErr w:type="spellStart"/>
      <w:r>
        <w:rPr>
          <w:b/>
          <w:sz w:val="21"/>
        </w:rPr>
        <w:t>Dosadašnje</w:t>
      </w:r>
      <w:proofErr w:type="spellEnd"/>
      <w:r>
        <w:rPr>
          <w:b/>
          <w:sz w:val="21"/>
        </w:rPr>
        <w:t xml:space="preserve"> Erasmus+ / </w:t>
      </w:r>
      <w:proofErr w:type="spellStart"/>
      <w:r>
        <w:rPr>
          <w:b/>
          <w:sz w:val="21"/>
        </w:rPr>
        <w:t>međunarodno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iskustvo</w:t>
      </w:r>
      <w:proofErr w:type="spellEnd"/>
    </w:p>
    <w:p w14:paraId="6D4DDDCD" w14:textId="77777777" w:rsidR="00FB5DCA" w:rsidRDefault="00000000">
      <w:pPr>
        <w:spacing w:after="40" w:line="228" w:lineRule="auto"/>
      </w:pPr>
      <w:r>
        <w:rPr>
          <w:sz w:val="19"/>
        </w:rPr>
        <w:t>Navesti aktivnosti/projekte i godinu sudjelovanja:</w:t>
      </w:r>
    </w:p>
    <w:p w14:paraId="5F43032C" w14:textId="77777777" w:rsidR="00FB5DCA" w:rsidRDefault="00000000">
      <w:pPr>
        <w:spacing w:after="40" w:line="228" w:lineRule="auto"/>
      </w:pPr>
      <w:r>
        <w:rPr>
          <w:sz w:val="19"/>
        </w:rPr>
        <w:t>_______________________________________________________________________________________________</w:t>
      </w:r>
    </w:p>
    <w:p w14:paraId="28DD9902" w14:textId="77777777" w:rsidR="00FB5DCA" w:rsidRDefault="00000000">
      <w:pPr>
        <w:spacing w:after="40" w:line="228" w:lineRule="auto"/>
      </w:pPr>
      <w:r>
        <w:rPr>
          <w:sz w:val="19"/>
        </w:rPr>
        <w:t>_______________________________________________________________________________________________</w:t>
      </w:r>
    </w:p>
    <w:p w14:paraId="5843BC63" w14:textId="3B16EF01" w:rsidR="00FB5DCA" w:rsidRDefault="00E351DC">
      <w:pPr>
        <w:spacing w:after="40" w:line="228" w:lineRule="auto"/>
      </w:pPr>
      <w:r>
        <w:rPr>
          <w:b/>
          <w:sz w:val="21"/>
        </w:rPr>
        <w:br/>
      </w:r>
      <w:proofErr w:type="spellStart"/>
      <w:r>
        <w:rPr>
          <w:b/>
          <w:sz w:val="21"/>
        </w:rPr>
        <w:t>Vozačka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dozvola</w:t>
      </w:r>
      <w:proofErr w:type="spellEnd"/>
      <w:r>
        <w:rPr>
          <w:b/>
          <w:sz w:val="21"/>
        </w:rPr>
        <w:t xml:space="preserve"> B </w:t>
      </w:r>
      <w:proofErr w:type="spellStart"/>
      <w:r>
        <w:rPr>
          <w:b/>
          <w:sz w:val="21"/>
        </w:rPr>
        <w:t>kategorije</w:t>
      </w:r>
      <w:proofErr w:type="spellEnd"/>
    </w:p>
    <w:p w14:paraId="399F19ED" w14:textId="77777777" w:rsidR="00FB5DCA" w:rsidRDefault="00000000">
      <w:pPr>
        <w:spacing w:after="40" w:line="228" w:lineRule="auto"/>
      </w:pPr>
      <w:r>
        <w:rPr>
          <w:sz w:val="19"/>
        </w:rPr>
        <w:t>Posjedujem važeću vozačku dozvolu B kategorije:   ☐ DA   ☐ NE</w:t>
      </w:r>
    </w:p>
    <w:p w14:paraId="27B26B85" w14:textId="22388806" w:rsidR="00FB5DCA" w:rsidRDefault="00E351DC">
      <w:pPr>
        <w:spacing w:after="40" w:line="228" w:lineRule="auto"/>
      </w:pPr>
      <w:r>
        <w:rPr>
          <w:b/>
          <w:sz w:val="21"/>
        </w:rPr>
        <w:br/>
      </w:r>
      <w:r>
        <w:rPr>
          <w:b/>
          <w:sz w:val="21"/>
        </w:rPr>
        <w:br/>
      </w:r>
      <w:proofErr w:type="spellStart"/>
      <w:r>
        <w:rPr>
          <w:b/>
          <w:sz w:val="21"/>
        </w:rPr>
        <w:t>Prilozi</w:t>
      </w:r>
      <w:proofErr w:type="spellEnd"/>
    </w:p>
    <w:p w14:paraId="02D39FAB" w14:textId="77777777" w:rsidR="00FB5DCA" w:rsidRDefault="00000000">
      <w:pPr>
        <w:spacing w:after="40" w:line="228" w:lineRule="auto"/>
      </w:pPr>
      <w:r>
        <w:rPr>
          <w:sz w:val="19"/>
        </w:rPr>
        <w:t>☐ Motivacijsko pismo</w:t>
      </w:r>
    </w:p>
    <w:p w14:paraId="0BA10824" w14:textId="6DC700E7" w:rsidR="00FB5DCA" w:rsidRDefault="00000000">
      <w:pPr>
        <w:spacing w:after="40" w:line="228" w:lineRule="auto"/>
      </w:pPr>
      <w:r>
        <w:rPr>
          <w:sz w:val="19"/>
        </w:rPr>
        <w:t xml:space="preserve">☐ dokaz o Erasmus+ / </w:t>
      </w:r>
      <w:proofErr w:type="spellStart"/>
      <w:r>
        <w:rPr>
          <w:sz w:val="19"/>
        </w:rPr>
        <w:t>međunarodnom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iskustvu</w:t>
      </w:r>
      <w:proofErr w:type="spellEnd"/>
    </w:p>
    <w:p w14:paraId="3BC1F637" w14:textId="5BECF075" w:rsidR="00FB5DCA" w:rsidRDefault="00E351DC">
      <w:pPr>
        <w:spacing w:after="40" w:line="228" w:lineRule="auto"/>
      </w:pPr>
      <w:r>
        <w:rPr>
          <w:sz w:val="19"/>
        </w:rPr>
        <w:br/>
      </w:r>
      <w:r>
        <w:rPr>
          <w:sz w:val="19"/>
        </w:rPr>
        <w:br/>
      </w:r>
      <w:proofErr w:type="spellStart"/>
      <w:r>
        <w:rPr>
          <w:sz w:val="19"/>
        </w:rPr>
        <w:t>Izjavljujem</w:t>
      </w:r>
      <w:proofErr w:type="spellEnd"/>
      <w:r>
        <w:rPr>
          <w:sz w:val="19"/>
        </w:rPr>
        <w:t xml:space="preserve"> da </w:t>
      </w:r>
      <w:proofErr w:type="spellStart"/>
      <w:r>
        <w:rPr>
          <w:sz w:val="19"/>
        </w:rPr>
        <w:t>su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svi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podaci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navedeni</w:t>
      </w:r>
      <w:proofErr w:type="spellEnd"/>
      <w:r>
        <w:rPr>
          <w:sz w:val="19"/>
        </w:rPr>
        <w:t xml:space="preserve"> u </w:t>
      </w:r>
      <w:proofErr w:type="spellStart"/>
      <w:r>
        <w:rPr>
          <w:sz w:val="19"/>
        </w:rPr>
        <w:t>prijavi</w:t>
      </w:r>
      <w:proofErr w:type="spellEnd"/>
      <w:r>
        <w:rPr>
          <w:sz w:val="19"/>
        </w:rPr>
        <w:t xml:space="preserve"> točni te da se mogu provjeriti u službenim evidencijama škole ili na drugi primjeren način. Potvrđujem da sam upoznat/a s uvjetima Poziva i kriterijima odabira.</w:t>
      </w:r>
    </w:p>
    <w:p w14:paraId="1B0F821A" w14:textId="11549E5C" w:rsidR="00FB5DCA" w:rsidRDefault="00E351DC">
      <w:pPr>
        <w:spacing w:after="40" w:line="228" w:lineRule="auto"/>
      </w:pPr>
      <w:r>
        <w:rPr>
          <w:sz w:val="19"/>
        </w:rPr>
        <w:br/>
      </w:r>
      <w:r>
        <w:rPr>
          <w:sz w:val="19"/>
        </w:rPr>
        <w:br/>
      </w:r>
      <w:r>
        <w:rPr>
          <w:sz w:val="19"/>
        </w:rPr>
        <w:br/>
        <w:t xml:space="preserve">Datum: ____________________        </w:t>
      </w:r>
      <w:proofErr w:type="spellStart"/>
      <w:r>
        <w:rPr>
          <w:sz w:val="19"/>
        </w:rPr>
        <w:t>Potpis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kandidata</w:t>
      </w:r>
      <w:proofErr w:type="spellEnd"/>
      <w:r>
        <w:rPr>
          <w:sz w:val="19"/>
        </w:rPr>
        <w:t>: ______________________________</w:t>
      </w:r>
    </w:p>
    <w:sectPr w:rsidR="00FB5DC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0" w:right="1247" w:bottom="85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81B0E" w14:textId="77777777" w:rsidR="009E0AB1" w:rsidRDefault="009E0AB1" w:rsidP="00326880">
      <w:pPr>
        <w:spacing w:after="0" w:line="240" w:lineRule="auto"/>
      </w:pPr>
      <w:r>
        <w:separator/>
      </w:r>
    </w:p>
  </w:endnote>
  <w:endnote w:type="continuationSeparator" w:id="0">
    <w:p w14:paraId="26A606F2" w14:textId="77777777" w:rsidR="009E0AB1" w:rsidRDefault="009E0AB1" w:rsidP="00326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97FB9" w14:textId="77777777" w:rsidR="00326880" w:rsidRDefault="0032688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21DB" w14:textId="77777777" w:rsidR="00326880" w:rsidRDefault="0032688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7DBA8" w14:textId="77777777" w:rsidR="00326880" w:rsidRDefault="0032688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29884" w14:textId="77777777" w:rsidR="009E0AB1" w:rsidRDefault="009E0AB1" w:rsidP="00326880">
      <w:pPr>
        <w:spacing w:after="0" w:line="240" w:lineRule="auto"/>
      </w:pPr>
      <w:r>
        <w:separator/>
      </w:r>
    </w:p>
  </w:footnote>
  <w:footnote w:type="continuationSeparator" w:id="0">
    <w:p w14:paraId="48490E48" w14:textId="77777777" w:rsidR="009E0AB1" w:rsidRDefault="009E0AB1" w:rsidP="00326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7461F" w14:textId="77777777" w:rsidR="00326880" w:rsidRDefault="0032688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31BE2" w14:textId="77777777" w:rsidR="00326880" w:rsidRDefault="00326880" w:rsidP="00326880">
    <w:pPr>
      <w:pStyle w:val="Podnoje"/>
      <w:tabs>
        <w:tab w:val="left" w:pos="6799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39119A93" wp14:editId="7363BB56">
          <wp:simplePos x="0" y="0"/>
          <wp:positionH relativeFrom="column">
            <wp:posOffset>4665345</wp:posOffset>
          </wp:positionH>
          <wp:positionV relativeFrom="paragraph">
            <wp:posOffset>0</wp:posOffset>
          </wp:positionV>
          <wp:extent cx="1539875" cy="600075"/>
          <wp:effectExtent l="0" t="0" r="3175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416CC73" wp14:editId="09AE3B83">
          <wp:extent cx="1736558" cy="491852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6992" cy="5061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  <w:t xml:space="preserve">                             </w:t>
    </w:r>
  </w:p>
  <w:p w14:paraId="427757A0" w14:textId="0930C8A7" w:rsidR="00326880" w:rsidRDefault="00326880">
    <w:pPr>
      <w:pStyle w:val="Zaglavlje"/>
    </w:pPr>
  </w:p>
  <w:p w14:paraId="712FC184" w14:textId="77777777" w:rsidR="00326880" w:rsidRDefault="0032688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54911" w14:textId="77777777" w:rsidR="00326880" w:rsidRDefault="0032688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5646727">
    <w:abstractNumId w:val="8"/>
  </w:num>
  <w:num w:numId="2" w16cid:durableId="1902980012">
    <w:abstractNumId w:val="6"/>
  </w:num>
  <w:num w:numId="3" w16cid:durableId="546257216">
    <w:abstractNumId w:val="5"/>
  </w:num>
  <w:num w:numId="4" w16cid:durableId="1947420768">
    <w:abstractNumId w:val="4"/>
  </w:num>
  <w:num w:numId="5" w16cid:durableId="1691487463">
    <w:abstractNumId w:val="7"/>
  </w:num>
  <w:num w:numId="6" w16cid:durableId="144932835">
    <w:abstractNumId w:val="3"/>
  </w:num>
  <w:num w:numId="7" w16cid:durableId="1411269593">
    <w:abstractNumId w:val="2"/>
  </w:num>
  <w:num w:numId="8" w16cid:durableId="483666144">
    <w:abstractNumId w:val="1"/>
  </w:num>
  <w:num w:numId="9" w16cid:durableId="205365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AC2"/>
    <w:rsid w:val="0015074B"/>
    <w:rsid w:val="0029639D"/>
    <w:rsid w:val="00326880"/>
    <w:rsid w:val="00326F90"/>
    <w:rsid w:val="00656F92"/>
    <w:rsid w:val="007D4FC0"/>
    <w:rsid w:val="00920BCF"/>
    <w:rsid w:val="009E0AB1"/>
    <w:rsid w:val="00AA1D8D"/>
    <w:rsid w:val="00B47730"/>
    <w:rsid w:val="00CB0664"/>
    <w:rsid w:val="00DC6A18"/>
    <w:rsid w:val="00DD1536"/>
    <w:rsid w:val="00E351DC"/>
    <w:rsid w:val="00E45AFD"/>
    <w:rsid w:val="00E50A69"/>
    <w:rsid w:val="00FB5D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EC51F9"/>
  <w14:defaultImageDpi w14:val="300"/>
  <w15:docId w15:val="{0B2EF677-C79F-4167-A699-0F797DAA7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270</Words>
  <Characters>1544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2026-09-30T04:30:00Z</dcterms:modified>
  <cp:category/>
</cp:coreProperties>
</file>